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A IMPORTANCIA DE RELATAR CONDICOES INSEGURAS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80" w:after="16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200"/>
        <w:jc w:val="center"/>
      </w:pPr>
      <w:r>
        <w:rPr>
          <w:i/>
          <w:color w:val="9E9E9E"/>
          <w:sz w:val="18"/>
        </w:rPr>
        <w:t>[Imagem ilustrativa não disponível]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Carlos estava apressado e não viu o cabo elétrico descascado no chão do corredor. Tropeçou, caindo de mal jeito e fraturando o pulso. A condição insegura estava ali há dias, mas ninguém havia comunicado, e agora ele precisava se afastar do trabalho por semanas, sem contar a dor e a burocracia. Um simples relatório poderia ter evitado tudo isso.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Bom dia, pessoal! Hoje vamos conversar sobre algo fundamental para a nossa segurança: a importância de relatar condições inseguras. Sabiam que uma grande parte dos acidentes de trabalho poderia ser evitada se as condições de risco fossem identificadas e corrigidas a tempo? A Norma Regulamentadora 1 (NR-1) estabelece que o empregado tem o dever de comunicar ao superior imediato as situações de trabalho que considerar de risco grave e iminente.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Prevenção de Acidentes:** Relatar condições inseguras é o primeiro passo para evitar que elas se tornem acidentes graves.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Cultura de Segurança:** Fortalece o ambiente onde todos são responsáveis pela segurança coletiva.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Melhoria Contínua:** Permite que a empresa identifique falhas e implemente melhorias nos processos e infraestrutura.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Proteção Legal e Pessoal:** Ao relatar, você cumpre seu dever e protege a si mesmo e seus colegas de riscos evitáveis.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Qual a maior dificuldade que vocês encontram para relatar uma condição insegura?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que podemos fazer para encorajar mais colegas a reportar riscos?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Já vivenciaram uma situação onde o relato de uma condição insegura evitou um problema?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Lembrem-se, relatar uma condição insegura não é burocracia, é cuidado com a vida de todos nós. Não esperem o acidente acontecer para agir.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Sua voz é a primeira barreira contra o risco, use-a!**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