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20" w:after="0"/>
        <w:jc w:val="center"/>
        <w:shd w:val="clear" w:color="auto" w:fill="E8F0F7"/>
      </w:pPr>
      <w:r>
        <w:rPr>
          <w:b/>
          <w:color w:val="1B4965"/>
          <w:sz w:val="40"/>
        </w:rPr>
        <w:t>DDS  —  DIÁLOGO DIÁRIO DE SEGURANÇA</w:t>
      </w:r>
    </w:p>
    <w:p>
      <w:pPr>
        <w:spacing w:before="0" w:after="0"/>
        <w:jc w:val="center"/>
        <w:shd w:val="clear" w:color="auto" w:fill="1B4965"/>
      </w:pPr>
      <w:r>
        <w:rPr>
          <w:b/>
          <w:color w:val="FFFFFF"/>
          <w:sz w:val="36"/>
        </w:rPr>
        <w:t>CALCADO ANTIDERRAPANTE EM AREAS UMIDAS</w:t>
      </w:r>
    </w:p>
    <w:p>
      <w:pPr>
        <w:spacing w:before="0" w:after="200"/>
        <w:jc w:val="center"/>
        <w:shd w:val="clear" w:color="auto" w:fill="F0F4F8"/>
      </w:pPr>
      <w:r>
        <w:rPr>
          <w:color w:val="4A5568"/>
          <w:sz w:val="20"/>
        </w:rPr>
        <w:t>Data: ___/___/______     |     Facilitador: _______________________________     |     Duração: 10 min</w:t>
      </w:r>
    </w:p>
    <w:p>
      <w:pPr>
        <w:spacing w:before="0" w:after="200"/>
        <w:jc w:val="center"/>
      </w:pPr>
      <w:r>
        <w:drawing>
          <wp:inline xmlns:a="http://schemas.openxmlformats.org/drawingml/2006/main" xmlns:pic="http://schemas.openxmlformats.org/drawingml/2006/picture">
            <wp:extent cx="5303520" cy="2892829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28928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CASO REAL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Rafael tinha 34 anos, trabalhava há seis anos na cozinha industrial de um hospital. Era conhecido como o mais ágil da equipe — sempre o primeiro a chegar, sempre disposto a ajudar. Naquela manhã de segunda-feira, o turno tinha acabado de começar e o piso próximo à pia central ainda estava encharcado da limpeza noturna. Rafael estava usando um tênis comum, velho, com a sola já lisa. Ele carregava uma panela grande em direção ao fogão quando o pé escorregou sem aviso. A queda foi violenta: ele bateu o quadril na borda do balcão de inox e o pulso no piso. A panela caiu junto, derramando água quente. Rafael ficou três meses afastado com fratura no pulso e lesão no quadril. Voltou ao trabalho com sequelas que ainda sente hoje quando tenta carregar peso. O mais doloroso? Ele sabia que o piso molhava todo dia. E o calçado certo estava disponível no almoxarifado — ele simplesmente não tinha buscado.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INTRODUÇÃO AO TEMA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Quedas no ambiente de trabalho respondem por cerca de 22% de todos os acidentes registrados no Brasil, e grande parte ocorre em superfícies molhadas ou escorregadias. O calçado antiderrapante é o item de proteção individual mais simples e mais negligenciado nesses ambientes. A NR-6 determina que o empregador deve fornecer EPI adequado ao risco, e o trabalhador tem a obrigação de usar corretamente. Cozinhas, lavanderias, frigoríficos, áreas de lavagem e pisos expostos à chuva estão entre os locais de maior risco de escorregamento.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PONTOS PRINCIPAIS  ·  3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Escolha o calçado certo para o ambiente**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Calçados com solado de borracha antiderrapante reduzem drasticamente o risco de quedas em pisos molhados. Verifique se o seu tem o símbolo SRC ou SRB na etiqueta, que indica resistência ao escorregamento testada em laboratório.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Inspecione o calçado antes de usar**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Sola gasta, rachada ou com frisos apagados perde a função antiderrapante mesmo que o calçado pareça em bom estado. Se a sola estiver comprometida, solicite a troca — isso é direito seu e responsabilidade da empresa.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Não improvise com calçado de uso pessoal**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Tênis de academia, chinelos ou sapatos sociais não oferecem proteção adequada em áreas úmidas. Mesmo que pareçam confortáveis, eles colocam você em risco real de acidente.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Atenção ao caminhar em pisos molhados**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Use passos curtos e firmes, mantenha o corpo levemente inclinado para frente e evite movimentos bruscos. Mesmo com o calçado certo, a postura ao caminhar faz diferença na prevenção de quedas.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Sinalize e informe quando o piso estiver molhado**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Se você molhou o piso ou encontrou uma área encharcada, sinalizar imediatamente pode salvar um colega. A placa de aviso é simples, rápida e pode evitar uma tragédia.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2E7D32"/>
        <w:spacing w:before="320" w:after="160"/>
      </w:pPr>
      <w:r>
        <w:rPr>
          <w:b/>
          <w:color w:val="FFFFFF"/>
          <w:sz w:val="24"/>
        </w:rPr>
        <w:t xml:space="preserve">   DISCUSSÃO INTERATIVA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Você já teve ou presenciou uma situação de quase queda por causa do piso molhado? O que aconteceu e o que poderia ter sido feito diferente?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Quando foi a última vez que você inspecionou a sola do seu calçado de trabalho? Ela ainda tem boa aderência?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Se você encontrasse um colega usando calçado inadequado em área úmida, o que faria? Você se sentiria à vontade para alertar?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C62828"/>
        <w:spacing w:before="320" w:after="160"/>
      </w:pPr>
      <w:r>
        <w:rPr>
          <w:b/>
          <w:color w:val="FFFFFF"/>
          <w:sz w:val="24"/>
        </w:rPr>
        <w:t xml:space="preserve">   CONCLUSÃO E COMPROMISSO  ·  1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O calçado antiderrapante não é exagero — é a diferença entre ir para casa com saúde ou passar meses em recuperação. A prevenção começa na escolha do equipamento certo e no compromisso diário de usar e conservar o EPI adequado. Cuidar dos pés é cuidar de toda a sua vida.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 xml:space="preserve">&gt; </w:t>
      </w:r>
      <w:r>
        <w:rPr>
          <w:b/>
          <w:sz w:val="22"/>
        </w:rPr>
        <w:t>"Nenhuma pressa vale uma queda. Use o calçado certo e chegue em casa inteiro."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37474F"/>
        <w:spacing w:before="320" w:after="160"/>
      </w:pPr>
      <w:r>
        <w:rPr>
          <w:b/>
          <w:color w:val="FFFFFF"/>
          <w:sz w:val="24"/>
        </w:rPr>
        <w:t xml:space="preserve">   PARTICIPANTES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before="240" w:after="80"/>
        <w:pBdr>
          <w:top w:val="single" w:sz="4" w:space="1" w:color="AAAAAA"/>
        </w:pBdr>
      </w:pPr>
    </w:p>
    <w:p>
      <w:pPr>
        <w:spacing w:before="0" w:after="40"/>
      </w:pPr>
      <w:r>
        <w:rPr>
          <w:b/>
          <w:i/>
          <w:color w:val="666666"/>
          <w:sz w:val="17"/>
        </w:rPr>
        <w:t>NOTAS SOBRE O USO</w:t>
      </w:r>
    </w:p>
    <w:p>
      <w:pPr>
        <w:spacing w:before="0" w:after="40"/>
      </w:pPr>
      <w:r>
        <w:rPr>
          <w:i/>
          <w:color w:val="666666"/>
          <w:sz w:val="16"/>
        </w:rPr>
        <w:t>O conteúdo deste DDS é conceitual e serve como orientação inicial. Cabe aos profissionais de SMS e líderes adaptarem este material às particularidades de suas frentes de trabalho. A responsabilidade pela execução e direcionamento do diálogo cabe inteiramente ao condutor da atividade.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1587" w:right="1247" w:bottom="1587" w:left="1247" w:header="567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spacing w:before="160" w:after="80"/>
      <w:jc w:val="center"/>
      <w:pBdr>
        <w:top w:val="single" w:sz="6" w:space="4" w:color="1B4965"/>
      </w:pBdr>
    </w:pPr>
    <w:r>
      <w:rPr>
        <w:i/>
        <w:color w:val="1B4965"/>
        <w:sz w:val="18"/>
      </w:rPr>
      <w:t>https://sempresegurancadotrabalho.com.br/  —  Material gratuito para facilitadores de segurança  —  2026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before="80" w:after="160"/>
      <w:jc w:val="center"/>
      <w:pBdr>
        <w:bottom w:val="single" w:sz="6" w:space="4" w:color="1B4965"/>
      </w:pBdr>
    </w:pPr>
    <w:r>
      <w:rPr>
        <w:i/>
        <w:color w:val="1B4965"/>
        <w:sz w:val="18"/>
      </w:rPr>
      <w:t xml:space="preserve">  https://sempresegurancadotrabalho.com.br/  —  Segurança e Saúde no Trabalho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