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0"/>
        <w:jc w:val="center"/>
        <w:shd w:val="clear" w:color="auto" w:fill="E8F0F7"/>
      </w:pPr>
      <w:r>
        <w:rPr>
          <w:b/>
          <w:color w:val="1B4965"/>
          <w:sz w:val="40"/>
        </w:rPr>
        <w:t>DDS  —  DIÁLOGO DIÁRIO DE SEGURANÇA</w:t>
      </w:r>
    </w:p>
    <w:p>
      <w:pPr>
        <w:spacing w:before="0" w:after="0"/>
        <w:jc w:val="center"/>
        <w:shd w:val="clear" w:color="auto" w:fill="1B4965"/>
      </w:pPr>
      <w:r>
        <w:rPr>
          <w:b/>
          <w:color w:val="FFFFFF"/>
          <w:sz w:val="36"/>
        </w:rPr>
        <w:t>CHUVA E ELETRICIDADE NAO COMBINAM</w:t>
      </w:r>
    </w:p>
    <w:p>
      <w:pPr>
        <w:spacing w:before="0" w:after="200"/>
        <w:jc w:val="center"/>
        <w:shd w:val="clear" w:color="auto" w:fill="F0F4F8"/>
      </w:pPr>
      <w:r>
        <w:rPr>
          <w:color w:val="4A5568"/>
          <w:sz w:val="20"/>
        </w:rPr>
        <w:t>Data: ___/___/______     |     Facilitador: _______________________________     |     Duração: 10 min</w:t>
      </w:r>
    </w:p>
    <w:p>
      <w:pPr>
        <w:spacing w:before="80" w:after="160"/>
        <w:jc w:val="center"/>
      </w:pPr>
      <w:r>
        <w:drawing>
          <wp:inline xmlns:a="http://schemas.openxmlformats.org/drawingml/2006/main" xmlns:pic="http://schemas.openxmlformats.org/drawingml/2006/picture">
            <wp:extent cx="5303520" cy="28928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8928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i/>
          <w:color w:val="9E9E9E"/>
          <w:sz w:val="18"/>
        </w:rPr>
        <w:t>[Imagem ilustrativa não disponível]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CASO REAL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Marcos tinha 34 anos, dois filhos pequenos e mais cinco anos de experiência como eletricista de manutenção em uma construtora no interior de São Paulo. Era um homem cuidadoso, aquele tipo de profissional que os colegas chamavam quando o serviço era difícil. Numa tarde de outubro, o céu escureceu rápido, como costuma acontecer no verão brasileiro. A supervisão pressionava para terminar a instalação do painel elétrico externo antes do fim do expediente. Marcos olhou para o céu, hesitou, mas não disse nada. O prazo falou mais alto. Ele subiu a escada com as ferramentas na mão enquanto as primeiras gotas começavam a cair. O piso ao redor já estava molhado. Suas luvas tinham um pequeno furo que ele tinha notado pela manhã mas não trocou. Quando tocou no barramento energizado, a corrente elétrica percorreu seu corpo em fração de segundo. A queda da escada veio logo depois. Marcos sobreviveu, mas perdeu parcialmente os movimentos da mão direita — a mesma que usava para apertar os parafusos da instalação e para segurar a mão dos filhos. O acidente levou menos de três segundos. A decisão de continuar trabalhando na chuva levou menos de trinta.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INTRODUÇÃO AO TEMA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 água conduz eletricidade, e quando as duas se encontram num ambiente de trabalho, o risco de acidente fatal aumenta de forma drástica. Segundo dados do Observatório de Segurança e Saúde no Trabalho, os choques elétricos estão entre as principais causas de morte em acidentes de trabalho no Brasil. A NR-10 (Segurança em Instalações e Serviços em Eletricidade) é clara: nenhum serviço elétrico deve ser executado em condições que coloquem o trabalhador em risco, e chuva é uma dessas condições. Reconhecer o perigo antes de agir é o que separa um trabalhador que volta pra casa daquele que não volta.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PONTOS PRINCIPAIS  ·  3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Nunca execute serviço elétrico sob chuva ou em superfície molhada**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 água reduz drasticamente a resistência elétrica do corpo humano, tornando qualquer contato com energia potencialmente letal. Se está chovendo, o serviço elétrico para — sem negociação.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Inspecione seus EPIs antes de usar**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Luvas dielétricas com furos, botas com sola desgastada ou capacetes rachados não protegem ninguém. Verifique seus equipamentos diariamente e substitua imediatamente qualquer item danificado.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Desligue a fonte de energia antes de qualquer manutenção**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Mesmo que o serviço pareça simples ou rápido, sempre desenergize o circuito e sinalize com cadeado ou trava. Um segundo de descuido equivale a uma vida perdida.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Fique longe de estruturas metálicas e cabos durante tempestades**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Postes, torres, andaimes e até ferramentas metálicas viram condutores durante temporais. Em campo aberto, afaste-se dessas estruturas e agache-se em local baixo se não houver abrigo seguro.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Comunique o risco — você tem esse direito e esse dever**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 NR-10 garante ao trabalhador o direito de interromper atividades que representem risco grave e iminente. Se o ambiente está inseguro, avise o supervisor imediatamente. Silêncio não protege ninguém.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2E7D32"/>
        <w:spacing w:before="320" w:after="160"/>
      </w:pPr>
      <w:r>
        <w:rPr>
          <w:b/>
          <w:color w:val="FFFFFF"/>
          <w:sz w:val="24"/>
        </w:rPr>
        <w:t xml:space="preserve">   DISCUSSÃO INTERATIVA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Alguém aqui já sentiu pressão para continuar um serviço mesmo percebendo que as condições não estavam seguras? Como foi essa situação?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Você sabe identificar quando uma área de trabalho está "energizada" e se há risco de contato com eletricidade durante a chuva? O que você faz para checar isso antes de começar?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Se um colega seu insistisse em trabalhar numa instalação elétrica durante uma tempestade, o que você faria?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C62828"/>
        <w:spacing w:before="320" w:after="160"/>
      </w:pPr>
      <w:r>
        <w:rPr>
          <w:b/>
          <w:color w:val="FFFFFF"/>
          <w:sz w:val="24"/>
        </w:rPr>
        <w:t xml:space="preserve">   CONCLUSÃO E COMPROMISSO  ·  1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Chuva e eletricidade não combinam — e essa regra não tem exceção, não tem prazo que justifique e não tem urgência que valha uma vida. Nossa missão aqui é terminar o trabalho e voltar pra casa inteiro, todo dia. A partir de hoje, cada um de nós tem o compromisso de parar, comunicar e proteger — a si mesmo e ao colega ao lado.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 xml:space="preserve">&gt; </w:t>
      </w:r>
      <w:r>
        <w:rPr>
          <w:b/>
          <w:sz w:val="22"/>
        </w:rPr>
        <w:t>"Nenhum prazo vale mais do que você. Para, avalia e só volta quando for seguro."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37474F"/>
        <w:spacing w:before="320" w:after="160"/>
      </w:pPr>
      <w:r>
        <w:rPr>
          <w:b/>
          <w:color w:val="FFFFFF"/>
          <w:sz w:val="24"/>
        </w:rPr>
        <w:t xml:space="preserve">   PARTICIPANTES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before="240" w:after="80"/>
        <w:pBdr>
          <w:top w:val="single" w:sz="4" w:space="1" w:color="AAAAAA"/>
        </w:pBdr>
      </w:pPr>
    </w:p>
    <w:p>
      <w:pPr>
        <w:spacing w:before="0" w:after="40"/>
      </w:pPr>
      <w:r>
        <w:rPr>
          <w:b/>
          <w:i/>
          <w:color w:val="666666"/>
          <w:sz w:val="17"/>
        </w:rPr>
        <w:t>NOTAS SOBRE O USO</w:t>
      </w:r>
    </w:p>
    <w:p>
      <w:pPr>
        <w:spacing w:before="0" w:after="40"/>
      </w:pPr>
      <w:r>
        <w:rPr>
          <w:i/>
          <w:color w:val="666666"/>
          <w:sz w:val="16"/>
        </w:rPr>
        <w:t>O conteúdo deste DDS é conceitual e serve como orientação inicial. Cabe aos profissionais de SMS e líderes adaptarem este material às particularidades de suas frentes de trabalho. A responsabilidade pela execução e direcionamento do diálogo cabe inteiramente ao condutor da atividade.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587" w:right="1247" w:bottom="1587" w:left="124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60" w:after="80"/>
      <w:jc w:val="center"/>
      <w:pBdr>
        <w:top w:val="single" w:sz="6" w:space="4" w:color="1B4965"/>
      </w:pBdr>
    </w:pPr>
    <w:r>
      <w:rPr>
        <w:i/>
        <w:color w:val="1B4965"/>
        <w:sz w:val="18"/>
      </w:rPr>
      <w:t>https://sempresegurancadotrabalho.com.br/  —  Material gratuito para facilitadores de segurança  — 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80" w:after="160"/>
      <w:jc w:val="center"/>
      <w:pBdr>
        <w:bottom w:val="single" w:sz="6" w:space="4" w:color="1B4965"/>
      </w:pBdr>
    </w:pPr>
    <w:r>
      <w:rPr>
        <w:i/>
        <w:color w:val="1B4965"/>
        <w:sz w:val="18"/>
      </w:rPr>
      <w:t xml:space="preserve">  https://sempresegurancadotrabalho.com.br/  —  Segurança e Saúde no Trabalho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