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0"/>
        <w:jc w:val="center"/>
        <w:shd w:val="clear" w:color="auto" w:fill="E8F0F7"/>
      </w:pPr>
      <w:r>
        <w:rPr>
          <w:b/>
          <w:color w:val="1B4965"/>
          <w:sz w:val="40"/>
        </w:rPr>
        <w:t>DDS  —  DIÁLOGO DIÁRIO DE SEGURANÇA</w:t>
      </w:r>
    </w:p>
    <w:p>
      <w:pPr>
        <w:spacing w:before="0" w:after="0"/>
        <w:jc w:val="center"/>
        <w:shd w:val="clear" w:color="auto" w:fill="1B4965"/>
      </w:pPr>
      <w:r>
        <w:rPr>
          <w:b/>
          <w:color w:val="FFFFFF"/>
          <w:sz w:val="36"/>
        </w:rPr>
        <w:t>COLETE SALVA-VIDAS E TRABALHO SOBRE AGUA</w:t>
      </w:r>
    </w:p>
    <w:p>
      <w:pPr>
        <w:spacing w:before="0" w:after="200"/>
        <w:jc w:val="center"/>
        <w:shd w:val="clear" w:color="auto" w:fill="F0F4F8"/>
      </w:pPr>
      <w:r>
        <w:rPr>
          <w:color w:val="4A5568"/>
          <w:sz w:val="20"/>
        </w:rPr>
        <w:t>Data: ___/___/______     |     Facilitador: _______________________________     |     Duração: 10 min</w:t>
      </w:r>
    </w:p>
    <w:p>
      <w:pPr>
        <w:spacing w:before="0" w:after="200"/>
        <w:jc w:val="center"/>
      </w:pPr>
      <w:r>
        <w:drawing>
          <wp:inline xmlns:a="http://schemas.openxmlformats.org/drawingml/2006/main" xmlns:pic="http://schemas.openxmlformats.org/drawingml/2006/picture">
            <wp:extent cx="5303520" cy="28928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92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YOU'VE HIT YOUR SESSION LIMIT · RESETS 1:20PM (EUROPE/HELSINKI)</w:t>
      </w:r>
    </w:p>
    <w:p>
      <w:pPr>
        <w:spacing w:before="240" w:after="80"/>
        <w:pBdr>
          <w:top w:val="single" w:sz="4" w:space="1" w:color="AAAAAA"/>
        </w:pBdr>
      </w:pPr>
    </w:p>
    <w:p>
      <w:pPr>
        <w:spacing w:before="0" w:after="40"/>
      </w:pPr>
      <w:r>
        <w:rPr>
          <w:b/>
          <w:i/>
          <w:color w:val="666666"/>
          <w:sz w:val="17"/>
        </w:rPr>
        <w:t>NOTAS SOBRE O USO</w:t>
      </w:r>
    </w:p>
    <w:p>
      <w:pPr>
        <w:spacing w:before="0" w:after="40"/>
      </w:pPr>
      <w:r>
        <w:rPr>
          <w:i/>
          <w:color w:val="666666"/>
          <w:sz w:val="16"/>
        </w:rPr>
        <w:t>O conteúdo deste DDS é conceitual e serve como orientação inicial. Cabe aos profissionais de SMS e líderes adaptarem este material às particularidades de suas frentes de trabalho. A responsabilidade pela execução e direcionamento do diálogo cabe inteiramente ao condutor da atividade.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247" w:bottom="158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60" w:after="80"/>
      <w:jc w:val="center"/>
      <w:pBdr>
        <w:top w:val="single" w:sz="6" w:space="4" w:color="1B4965"/>
      </w:pBdr>
    </w:pPr>
    <w:r>
      <w:rPr>
        <w:i/>
        <w:color w:val="1B4965"/>
        <w:sz w:val="18"/>
      </w:rPr>
      <w:t>https://sempresegurancadotrabalho.com.br/  —  Material gratuito para facilitadores de segurança  — 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80" w:after="160"/>
      <w:jc w:val="center"/>
      <w:pBdr>
        <w:bottom w:val="single" w:sz="6" w:space="4" w:color="1B4965"/>
      </w:pBdr>
    </w:pPr>
    <w:r>
      <w:rPr>
        <w:i/>
        <w:color w:val="1B4965"/>
        <w:sz w:val="18"/>
      </w:rPr>
      <w:t xml:space="preserve">  https://sempresegurancadotrabalho.com.br/  —  Segurança e Saúde no Trabalho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