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COMUNICACAO CLARA COMO FERRAMENTA DE PREVENCAO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João, eletricista experiente, estava na manutenção de um painel. O supervisor, apressado, apenas gesticulou "OK" para ele começar, sem confirmar se a desenergização estava completa. João confiou na comunicação ambígua e, ao tocar nos componentes, recebeu uma descarga elétrica severa, que o deixou com queimaduras graves e afastado por meses.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comunicação é a base de qualquer trabalho seguro, mas sua falha é um dos principais fatores para a ocorrência de acidentes. Estudos indicam que até 70% dos incidentes no ambiente de trabalho podem ser atribuídos, em parte, a problemas de comunicação. Por isso, a NR-1, em suas disposições gerais, reforça a importância da informação clara e do treinamento para a prevenção de riscos.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Seja Claro e Direto:</w:t>
      </w:r>
      <w:r>
        <w:rPr>
          <w:b w:val="0"/>
          <w:sz w:val="22"/>
        </w:rPr>
        <w:t xml:space="preserve"> Use linguagem simples, evite jargões desnecessários e vá direto ao ponto.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Confirme o Entendimento:</w:t>
      </w:r>
      <w:r>
        <w:rPr>
          <w:b w:val="0"/>
          <w:sz w:val="22"/>
        </w:rPr>
        <w:t xml:space="preserve"> Pergunte "Você entendeu?" ou peça para a pessoa repetir a instrução com suas próprias palavras.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Use Múltiplos Canais:</w:t>
      </w:r>
      <w:r>
        <w:rPr>
          <w:b w:val="0"/>
          <w:sz w:val="22"/>
        </w:rPr>
        <w:t xml:space="preserve"> Combine fala com demonstração visual, escrita ou gesticulação, se necessário, para reforçar a mensagem.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Escute Ativamente:</w:t>
      </w:r>
      <w:r>
        <w:rPr>
          <w:b w:val="0"/>
          <w:sz w:val="22"/>
        </w:rPr>
        <w:t xml:space="preserve"> Dê atenção total a quem fala, mostrando que você valoriza a informação e suas preocupações.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Qual a última vez que uma falta de comunicação quase causou um problema na sua área?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Como podemos melhorar a forma de nos comunicar durante as tarefas críticas?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você faria se recebesse uma instrução que não parece clara ou segura?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comunicação eficaz é uma responsabilidade de todos nós e um pilar fundamental para um ambiente de trabalho mais seguro. Vamos exercitar a clareza e a escuta ativa em cada interação.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Sua palavra clara e seu ouvido atento salvam vidas!**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