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SEGURANCA EM FERRAMENTAS ELETRICAS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35 anos, ajudante de manutenção, sempre foi apressado. Naquela terça-feira chuvosa, ele precisava cortar um tubo rapidamente. A serra elétrica estava com o cabo de força ressecado e exposto, mas Carlos pensou: "É rapidinho, não vai dar nada". Ao ligar a ferramenta, a faísca e o choque foram instantâneos. Carlos caiu, a ferramenta solta no chão úmido continuava a emitir faíscas. A descarga elétrica o deixou inconsciente. Seu colega, ao ver a cena, agiu rápido e desligou a energia geral, evitando uma tragédia ainda maior.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Inspeção Prévia: Antes de cada uso, verifique cabos, plugues e carcaça da ferramenta. Se houver danos, não use e reporte imediatamente para reparo ou substituição.</w:t>
      </w:r>
    </w:p>
    <w:p>
      <w:pPr>
        <w:spacing w:after="20" w:before="0"/>
      </w:pPr>
      <w:r>
        <w:rPr>
          <w:sz w:val="18"/>
        </w:rPr>
        <w:t>Proteção Adequada: Utilize sempre EPIs obrigatórios, como óculos de segurança, luvas e protetor auricular. Verifique se os protetores da ferramenta estão no lugar e em bom estado.</w:t>
      </w:r>
    </w:p>
    <w:p>
      <w:pPr>
        <w:spacing w:after="20" w:before="0"/>
      </w:pPr>
      <w:r>
        <w:rPr>
          <w:sz w:val="18"/>
        </w:rPr>
        <w:t>Ambiente Seguro: Mantenha a área de trabalho limpa, seca e bem iluminada. Evite o uso de ferramentas elétricas em locais úmidos ou próximos a materiais inflamáveis.</w:t>
      </w:r>
    </w:p>
    <w:p>
      <w:pPr>
        <w:spacing w:after="20" w:before="0"/>
      </w:pPr>
      <w:r>
        <w:rPr>
          <w:sz w:val="18"/>
        </w:rPr>
        <w:t>Uso Correto: Use a ferramenta apenas para a finalidade que foi projetada. Não force, respeite os limites e siga as instruções do fabricante.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Nunca remova o pino terra do plugue.</w:t>
      </w:r>
    </w:p>
    <w:p>
      <w:pPr>
        <w:spacing w:after="20" w:before="0"/>
      </w:pPr>
      <w:r>
        <w:rPr>
          <w:sz w:val="18"/>
        </w:rPr>
        <w:t>Não improvise consertos em cabos ou ferramentas.</w:t>
      </w:r>
    </w:p>
    <w:p>
      <w:pPr>
        <w:spacing w:after="20" w:before="0"/>
      </w:pPr>
      <w:r>
        <w:rPr>
          <w:sz w:val="18"/>
        </w:rPr>
        <w:t>Desligue a ferramenta da tomada antes de fazer ajustes ou trocar acessórios.</w:t>
      </w:r>
    </w:p>
    <w:p>
      <w:pPr>
        <w:spacing w:after="20" w:before="0"/>
      </w:pPr>
      <w:r>
        <w:rPr>
          <w:sz w:val="18"/>
        </w:rPr>
        <w:t>Mantenha crianças e pessoas não autorizadas afastadas da área de trabalho.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Um segundo de descuido pode mudar sua vida para sempre. Priorize sua segurança – sua vida é seu bem mais precioso.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