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spacing w:before="120" w:after="0"/>
        <w:jc w:val="center"/>
        <w:shd w:val="clear" w:color="auto" w:fill="E8F0F7"/>
      </w:pPr>
      <w:r>
        <w:rPr>
          <w:b/>
          <w:color w:val="1B4965"/>
          <w:sz w:val="40"/>
        </w:rPr>
        <w:t>DDS  —  DIÁLOGO DIÁRIO DE SEGURANÇA</w:t>
      </w:r>
    </w:p>
    <w:p>
      <w:pPr>
        <w:spacing w:before="0" w:after="0"/>
        <w:jc w:val="center"/>
        <w:shd w:val="clear" w:color="auto" w:fill="1B4965"/>
      </w:pPr>
      <w:r>
        <w:rPr>
          <w:b/>
          <w:color w:val="FFFFFF"/>
          <w:sz w:val="36"/>
        </w:rPr>
        <w:t>ATERRAMENTO DE EQUIPAMENTOS ELETRICOS</w:t>
      </w:r>
    </w:p>
    <w:p>
      <w:pPr>
        <w:spacing w:before="0" w:after="200"/>
        <w:jc w:val="center"/>
        <w:shd w:val="clear" w:color="auto" w:fill="F0F4F8"/>
      </w:pPr>
      <w:r>
        <w:rPr>
          <w:color w:val="4A5568"/>
          <w:sz w:val="20"/>
        </w:rPr>
        <w:t>Data: ___/___/______     |     Facilitador: _______________________________     |     Duração: 10 min</w:t>
      </w:r>
    </w:p>
    <w:p>
      <w:pPr>
        <w:spacing w:before="0" w:after="200"/>
        <w:jc w:val="center"/>
      </w:pPr>
      <w:r>
        <w:drawing>
          <wp:inline xmlns:a="http://schemas.openxmlformats.org/drawingml/2006/main" xmlns:pic="http://schemas.openxmlformats.org/drawingml/2006/picture">
            <wp:extent cx="5303520" cy="2892829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image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2892829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CASO REAL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Rodrigo tinha 34 anos, dois filhos pequenos e trabalhava há seis anos na mesma metalúrgica. Era segunda-feira de manhã, e ele chegou no seu posto de sempre: a esmerilhadeira angular que usava todo dia. Ninguém havia notado que o cabo de aterramento da máquina estava rompido há semanas — a isolação aparentava estar intacta por fora, mas internamente o fio estava partido. Rodrigo ligou o equipamento como sempre fez, segurou o cabo com as duas mãos e encostou a lateral da esmerilhadeira na bancada metálica. Naquele instante, uma corrente de 220V percorreu seu corpo da mão direita até o pé esquerdo, que estava em contato com o piso úmido. Ele caiu imediatamente. Seus colegas levaram 40 segundos para perceber o que tinha acontecido. Rodrigo sobreviveu, mas ficou com sequelas cardíacas permanentes e perdeu os movimentos finos da mão direita. Nunca mais voltou ao trabalho que amava. A causa? Um fio de aterramento rompido que ninguém verificou.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INTRODUÇÃO AO TEMA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aterramento elétrico é a principal linha de defesa contra choques elétricos em equipamentos. Segundo o Ministério do Trabalho, falhas elétricas estão entre as cinco principais causas de acidentes fatais na indústria brasileira. A NR-10 (Segurança em Instalações e Serviços em Eletricidade) exige que todos os equipamentos elétricos estejam devidamente aterrados e que os sistemas sejam verificados periodicamente. Um equipamento sem aterramento adequado transforma o trabalhador em caminho da corrente elétrica — e isso pode acontecer a qualquer momento, sem aviso.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1B4965"/>
        <w:spacing w:before="320" w:after="160"/>
      </w:pPr>
      <w:r>
        <w:rPr>
          <w:b/>
          <w:color w:val="FFFFFF"/>
          <w:sz w:val="24"/>
        </w:rPr>
        <w:t xml:space="preserve">   PONTOS PRINCIPAIS  ·  3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Entenda o que é aterramento e por que ele salva vidas**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aterramento conecta as partes metálicas do equipamento diretamente ao solo, desviando a corrente elétrica em caso de falha. Sem ele, qualquer falha de isolamento transforma a carcaça do equipamento em uma armadilha.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Verifique o aterramento antes de ligar qualquer equipamento**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Antes de começar o trabalho, observe o cabo de aterramento: ele deve estar fixo, sem emendas improvisadas e conectado ao ponto correto. Se houver dúvida, não ligue — chame o elétrico responsável.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Nunca use gambiarras no sistema de aterramento**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Fios torcidos, fitas isolantes cobrindo terminais danificados ou aterramentos improvisados em tubos de água não são soluções — são riscos disfarçados. Apenas profissional habilitado pode realizar reparos no sistema elétrico.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Piso úmido multiplica o perigo**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A resistência do corpo humano cai drasticamente quando há umidade. Trabalhar próximo a equipamentos elétricos com piso molhado, suor nas mãos ou botas sem isolação eleva muito o risco de choque em caso de falha no aterramento.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Reporte qualquer anomalia imediatamente**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Equipamento com leve choque ao tocar, faísca no momento de ligar ou cheiro de queimado são sinais de alerta. Desligue na chave geral, isole o equipamento e comunique a manutenção — nunca continue operando.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2E7D32"/>
        <w:spacing w:before="320" w:after="160"/>
      </w:pPr>
      <w:r>
        <w:rPr>
          <w:b/>
          <w:color w:val="FFFFFF"/>
          <w:sz w:val="24"/>
        </w:rPr>
        <w:t xml:space="preserve">   DISCUSSÃO INTERATIVA  ·  2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Você já sentiu um "choquinho" ao tocar em algum equipamento aqui no trabalho? O que fez naquele momento?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Na sua rotina diária, você verifica o cabo de aterramento dos equipamentos que usa? Como podemos tornar essa verificação um hábito real?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Se você identificasse um problema de aterramento num equipamento que um colega fosse usar, o que faria? Existe alguma barreira que poderia te impedir de agir?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C62828"/>
        <w:spacing w:before="320" w:after="160"/>
      </w:pPr>
      <w:r>
        <w:rPr>
          <w:b/>
          <w:color w:val="FFFFFF"/>
          <w:sz w:val="24"/>
        </w:rPr>
        <w:t xml:space="preserve">   CONCLUSÃO E COMPROMISSO  ·  1 min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O aterramento não é detalhe técnico — é a diferença entre voltar pra casa ou não. Cada verificação que fazemos antes de ligar um equipamento é um ato de responsabilidade com a nossa própria vida e com a vida de quem trabalha ao nosso lado. A partir de hoje, vamos assumir o compromisso de checar o aterramento como parte da nossa rotina, assim como checamos o EPI.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 xml:space="preserve">&gt; </w:t>
      </w:r>
      <w:r>
        <w:rPr>
          <w:b/>
          <w:sz w:val="22"/>
        </w:rPr>
        <w:t>"Equipamento sem aterramento seguro não está pronto para operar — e trabalhador sem informação também não."</w:t>
      </w:r>
    </w:p>
    <w:p>
      <w:pPr>
        <w:spacing w:after="80" w:before="40" w:line="360" w:lineRule="exact"/>
        <w:ind w:left="288"/>
      </w:pPr>
      <w:r>
        <w:rPr>
          <w:b w:val="0"/>
          <w:sz w:val="22"/>
        </w:rPr>
        <w:t>---</w:t>
      </w:r>
    </w:p>
    <w:p>
      <w:pPr>
        <w:shd w:val="clear" w:color="auto" w:fill="37474F"/>
        <w:spacing w:before="320" w:after="160"/>
      </w:pPr>
      <w:r>
        <w:rPr>
          <w:b/>
          <w:color w:val="FFFFFF"/>
          <w:sz w:val="24"/>
        </w:rPr>
        <w:t xml:space="preserve">   PARTICIPANTES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after="120" w:before="40" w:line="360" w:lineRule="exact"/>
        <w:ind w:left="288"/>
      </w:pPr>
      <w:r>
        <w:rPr>
          <w:b w:val="0"/>
          <w:sz w:val="22"/>
        </w:rPr>
        <w:t>Nome: _______________ | Assinatura: _______________</w:t>
      </w:r>
    </w:p>
    <w:p>
      <w:pPr>
        <w:spacing w:before="240" w:after="80"/>
        <w:pBdr>
          <w:top w:val="single" w:sz="4" w:space="1" w:color="AAAAAA"/>
        </w:pBdr>
      </w:pPr>
    </w:p>
    <w:p>
      <w:pPr>
        <w:spacing w:before="0" w:after="40"/>
      </w:pPr>
      <w:r>
        <w:rPr>
          <w:b/>
          <w:i/>
          <w:color w:val="666666"/>
          <w:sz w:val="17"/>
        </w:rPr>
        <w:t>NOTAS SOBRE O USO</w:t>
      </w:r>
    </w:p>
    <w:p>
      <w:pPr>
        <w:spacing w:before="0" w:after="40"/>
      </w:pPr>
      <w:r>
        <w:rPr>
          <w:i/>
          <w:color w:val="666666"/>
          <w:sz w:val="16"/>
        </w:rPr>
        <w:t>O conteúdo deste DDS é conceitual e serve como orientação inicial. Cabe aos profissionais de SMS e líderes adaptarem este material às particularidades de suas frentes de trabalho. A responsabilidade pela execução e direcionamento do diálogo cabe inteiramente ao condutor da atividade.</w:t>
      </w:r>
    </w:p>
    <w:sectPr w:rsidR="00FC693F" w:rsidRPr="0006063C" w:rsidSect="00034616">
      <w:headerReference w:type="default" r:id="rId9"/>
      <w:footerReference w:type="default" r:id="rId10"/>
      <w:pgSz w:w="11906" w:h="16838"/>
      <w:pgMar w:top="1587" w:right="1247" w:bottom="1587" w:left="1247" w:header="567" w:footer="567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spacing w:before="160" w:after="80"/>
      <w:jc w:val="center"/>
      <w:pBdr>
        <w:top w:val="single" w:sz="6" w:space="4" w:color="1B4965"/>
      </w:pBdr>
    </w:pPr>
    <w:r>
      <w:rPr>
        <w:i/>
        <w:color w:val="1B4965"/>
        <w:sz w:val="18"/>
      </w:rPr>
      <w:t>https://sempresegurancadotrabalho.com.br/  —  Material gratuito para facilitadores de segurança  —  2026</w:t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spacing w:before="80" w:after="160"/>
      <w:jc w:val="center"/>
      <w:pBdr>
        <w:bottom w:val="single" w:sz="6" w:space="4" w:color="1B4965"/>
      </w:pBdr>
    </w:pPr>
    <w:r>
      <w:rPr>
        <w:i/>
        <w:color w:val="1B4965"/>
        <w:sz w:val="18"/>
      </w:rPr>
      <w:t xml:space="preserve">  https://sempresegurancadotrabalho.com.br/  —  Segurança e Saúde no Trabalho  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Relationship Id="rId1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