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before="120" w:after="0"/>
        <w:jc w:val="center"/>
        <w:shd w:val="clear" w:color="auto" w:fill="E8F0F7"/>
      </w:pPr>
      <w:r>
        <w:rPr>
          <w:b/>
          <w:color w:val="1B4965"/>
          <w:sz w:val="40"/>
        </w:rPr>
        <w:t>DDS  —  DIÁLOGO DIÁRIO DE SEGURANÇA</w:t>
      </w:r>
    </w:p>
    <w:p>
      <w:pPr>
        <w:spacing w:before="0" w:after="0"/>
        <w:jc w:val="center"/>
        <w:shd w:val="clear" w:color="auto" w:fill="1B4965"/>
      </w:pPr>
      <w:r>
        <w:rPr>
          <w:b/>
          <w:color w:val="FFFFFF"/>
          <w:sz w:val="36"/>
        </w:rPr>
        <w:t>BOTINA COM BIQUEIRA DE ACO X COMPOSITE</w:t>
      </w:r>
    </w:p>
    <w:p>
      <w:pPr>
        <w:spacing w:before="0" w:after="200"/>
        <w:jc w:val="center"/>
        <w:shd w:val="clear" w:color="auto" w:fill="F0F4F8"/>
      </w:pPr>
      <w:r>
        <w:rPr>
          <w:color w:val="4A5568"/>
          <w:sz w:val="20"/>
        </w:rPr>
        <w:t>Data: ___/___/______     |     Facilitador: _______________________________     |     Duração: 10 min</w:t>
      </w:r>
    </w:p>
    <w:p>
      <w:pPr>
        <w:spacing w:before="80" w:after="160"/>
        <w:jc w:val="center"/>
      </w:pPr>
      <w:r>
        <w:drawing>
          <wp:inline xmlns:a="http://schemas.openxmlformats.org/drawingml/2006/main" xmlns:pic="http://schemas.openxmlformats.org/drawingml/2006/picture">
            <wp:extent cx="5303520" cy="2892829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303520" cy="289282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spacing w:after="200"/>
        <w:jc w:val="center"/>
      </w:pPr>
      <w:r>
        <w:rPr>
          <w:i/>
          <w:color w:val="9E9E9E"/>
          <w:sz w:val="18"/>
        </w:rPr>
        <w:t>[Imagem ilustrativa não disponível]</w:t>
      </w:r>
    </w:p>
    <w:p>
      <w:pPr>
        <w:shd w:val="clear" w:color="auto" w:fill="1B4965"/>
        <w:spacing w:before="320" w:after="160"/>
      </w:pPr>
      <w:r>
        <w:rPr>
          <w:b/>
          <w:color w:val="FFFFFF"/>
          <w:sz w:val="24"/>
        </w:rPr>
        <w:t xml:space="preserve">   CASO REAL  ·  2 min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Rodrigo tinha 34 anos, trabalhava há seis anos na mesma obra e era conhecido por ser ágil e cuidadoso. Numa manhã de terça-feira, ele auxiliava na movimentação de estruturas metálicas quando um perfil de aço escorregou da talha e caiu direto sobre seu pé esquerdo. Ele estava usando botina com biqueira de aço — equipamento correto para o risco mecânico daquele setor. A biqueira aguentou o impacto e salvou seus dedos de uma fratura grave. Agora imagine o colega dele, Fabrício, que trabalha no setor elétrico da mesma empresa. Num dia antes, sem perceber o risco, Fabrício calçou a botina de biqueira de aço emprestada do almoxarifado porque a sua estava com solado rasgado. Ao realizar um serviço em painel energizado, um arco elétrico atingiu seu pé. A biqueira de aço conduziu parte da corrente. Fabrício levou um choque que o derrubou e precisou de atendimento hospitalar. A botina era boa — mas era errada para ele, naquele momento, naquele ambiente. O equipamento certo na situação errada pode ser tão perigoso quanto nenhum equipamento.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---</w:t>
      </w:r>
    </w:p>
    <w:p>
      <w:pPr>
        <w:shd w:val="clear" w:color="auto" w:fill="1B4965"/>
        <w:spacing w:before="320" w:after="160"/>
      </w:pPr>
      <w:r>
        <w:rPr>
          <w:b/>
          <w:color w:val="FFFFFF"/>
          <w:sz w:val="24"/>
        </w:rPr>
        <w:t xml:space="preserve">   INTRODUÇÃO AO TEMA  ·  2 min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A escolha do tipo de biqueira do calçado de segurança vai muito além de preferência: é uma decisão técnica que pode salvar ou comprometer vidas. A NR-6 exige que o EPI seja adequado ao risco específico da atividade, e isso inclui o tipo de biqueira. Estima-se que lesões nos pés representem cerca de 16% dos acidentes com afastamento no setor industrial e da construção civil no Brasil. Escolher entre biqueira de aço e biqueira composite sem conhecer as diferenças é como escolher o remédio errado para a doença certa.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---</w:t>
      </w:r>
    </w:p>
    <w:p>
      <w:pPr>
        <w:shd w:val="clear" w:color="auto" w:fill="1B4965"/>
        <w:spacing w:before="320" w:after="160"/>
      </w:pPr>
      <w:r>
        <w:rPr>
          <w:b/>
          <w:color w:val="FFFFFF"/>
          <w:sz w:val="24"/>
        </w:rPr>
        <w:t xml:space="preserve">   PONTOS PRINCIPAIS  ·  3 min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Biqueira de aço: resistência mecânica máxima**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Indicada para ambientes com risco de impacto de objetos pesados e compressão. Suporta cargas de até 200 joules de impacto, sendo a escolha ideal para construção pesada, siderurgia e movimentação de cargas.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Biqueira composite: leveza e isolamento elétrico**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Fabricada com fibra de vidro, carbono ou plástico de alta resistência, não conduz calor nem eletricidade. É obrigatória em atividades com risco elétrico ou em ambientes com detectores de metal, como aeroportos e refinarias.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Composite não é mais fraca — é diferente**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Muitos trabalhadores acreditam que composite é inferior ao aço. Não é verdade: ela também atende às normas de impacto. A diferença está nas propriedades físicas, não na resistência ao choque.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Temperatura extrema importa na escolha**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A biqueira de aço em ambientes muito frios pode comprometer a circulação dos pés por condução térmica. Já a composite mantém a temperatura interna mais estável, sendo recomendada em câmaras frigoríficas e trabalhos noturnos em baixas temperaturas.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Nunca use o calçado de outro colaborador**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Além da questão de higiene, cada trabalhador tem um risco específico. Usar a botina errada por improviso — como Fabrício — pode transformar um EPI em fator de agravamento do acidente.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---</w:t>
      </w:r>
    </w:p>
    <w:p>
      <w:pPr>
        <w:shd w:val="clear" w:color="auto" w:fill="2E7D32"/>
        <w:spacing w:before="320" w:after="160"/>
      </w:pPr>
      <w:r>
        <w:rPr>
          <w:b/>
          <w:color w:val="FFFFFF"/>
          <w:sz w:val="24"/>
        </w:rPr>
        <w:t xml:space="preserve">   DISCUSSÃO INTERATIVA  ·  2 min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Você sabe qual tipo de biqueira é exigido para a sua função aqui na empresa? Já buscou essa informação com o técnico de segurança?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Alguma vez você usou um EPI diferente do indicado por falta de opção no almoxarifado? O que aconteceu e como resolveu a situação?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Se um colega seu estivesse prestes a usar a botina errada para o risco do dia, você interviria? O que te impediria de falar alguma coisa?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---</w:t>
      </w:r>
    </w:p>
    <w:p>
      <w:pPr>
        <w:shd w:val="clear" w:color="auto" w:fill="C62828"/>
        <w:spacing w:before="320" w:after="160"/>
      </w:pPr>
      <w:r>
        <w:rPr>
          <w:b/>
          <w:color w:val="FFFFFF"/>
          <w:sz w:val="24"/>
        </w:rPr>
        <w:t xml:space="preserve">   CONCLUSÃO E COMPROMISSO  ·  1 min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A botina certa não é a mais bonita, a mais barata ou a que estava disponível — é a que foi escolhida para o risco que você enfrenta todo dia. Conhecer a diferença entre biqueira de aço e composite é parte do seu direito de trabalhar com segurança. Antes de calçar o EPI amanhã, pergunte: esse equipamento foi pensado para o meu risco?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 xml:space="preserve">&gt; </w:t>
      </w:r>
      <w:r>
        <w:rPr>
          <w:b/>
          <w:sz w:val="22"/>
        </w:rPr>
        <w:t>"EPI correto não é burocracia — é a diferença entre voltar para casa inteiro ou não voltar."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---</w:t>
      </w:r>
    </w:p>
    <w:p>
      <w:pPr>
        <w:shd w:val="clear" w:color="auto" w:fill="37474F"/>
        <w:spacing w:before="320" w:after="160"/>
      </w:pPr>
      <w:r>
        <w:rPr>
          <w:b/>
          <w:color w:val="FFFFFF"/>
          <w:sz w:val="24"/>
        </w:rPr>
        <w:t xml:space="preserve">   PARTICIPANTES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before="240" w:after="80"/>
        <w:pBdr>
          <w:top w:val="single" w:sz="4" w:space="1" w:color="AAAAAA"/>
        </w:pBdr>
      </w:pPr>
    </w:p>
    <w:p>
      <w:pPr>
        <w:spacing w:before="0" w:after="40"/>
      </w:pPr>
      <w:r>
        <w:rPr>
          <w:b/>
          <w:i/>
          <w:color w:val="666666"/>
          <w:sz w:val="17"/>
        </w:rPr>
        <w:t>NOTAS SOBRE O USO</w:t>
      </w:r>
    </w:p>
    <w:p>
      <w:pPr>
        <w:spacing w:before="0" w:after="40"/>
      </w:pPr>
      <w:r>
        <w:rPr>
          <w:i/>
          <w:color w:val="666666"/>
          <w:sz w:val="16"/>
        </w:rPr>
        <w:t>O conteúdo deste DDS é conceitual e serve como orientação inicial. Cabe aos profissionais de SMS e líderes adaptarem este material às particularidades de suas frentes de trabalho. A responsabilidade pela execução e direcionamento do diálogo cabe inteiramente ao condutor da atividade.</w:t>
      </w:r>
    </w:p>
    <w:sectPr w:rsidR="00FC693F" w:rsidRPr="0006063C" w:rsidSect="00034616">
      <w:headerReference w:type="default" r:id="rId9"/>
      <w:footerReference w:type="default" r:id="rId10"/>
      <w:pgSz w:w="11906" w:h="16838"/>
      <w:pgMar w:top="1587" w:right="1247" w:bottom="1587" w:left="1247" w:header="567" w:footer="567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spacing w:before="160" w:after="80"/>
      <w:jc w:val="center"/>
      <w:pBdr>
        <w:top w:val="single" w:sz="6" w:space="4" w:color="1B4965"/>
      </w:pBdr>
    </w:pPr>
    <w:r>
      <w:rPr>
        <w:i/>
        <w:color w:val="1B4965"/>
        <w:sz w:val="18"/>
      </w:rPr>
      <w:t>https://sempresegurancadotrabalho.com.br/  —  Material gratuito para facilitadores de segurança  —  2026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spacing w:before="80" w:after="160"/>
      <w:jc w:val="center"/>
      <w:pBdr>
        <w:bottom w:val="single" w:sz="6" w:space="4" w:color="1B4965"/>
      </w:pBdr>
    </w:pPr>
    <w:r>
      <w:rPr>
        <w:i/>
        <w:color w:val="1B4965"/>
        <w:sz w:val="18"/>
      </w:rPr>
      <w:t xml:space="preserve">  https://sempresegurancadotrabalho.com.br/  —  Segurança e Saúde no Trabalho  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Relationship Id="rId1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