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120" w:after="0"/>
        <w:jc w:val="center"/>
        <w:shd w:val="clear" w:color="auto" w:fill="E8F0F7"/>
      </w:pPr>
      <w:r>
        <w:rPr>
          <w:b/>
          <w:color w:val="1B4965"/>
          <w:sz w:val="40"/>
        </w:rPr>
        <w:t>DDS  —  DIÁLOGO DIÁRIO DE SEGURANÇA</w:t>
      </w:r>
    </w:p>
    <w:p>
      <w:pPr>
        <w:spacing w:before="0" w:after="0"/>
        <w:jc w:val="center"/>
        <w:shd w:val="clear" w:color="auto" w:fill="1B4965"/>
      </w:pPr>
      <w:r>
        <w:rPr>
          <w:b/>
          <w:color w:val="FFFFFF"/>
          <w:sz w:val="36"/>
        </w:rPr>
        <w:t>BRIGADA DE INCENDIO: PAPEL E TREINAMENTO</w:t>
      </w:r>
    </w:p>
    <w:p>
      <w:pPr>
        <w:spacing w:before="0" w:after="200"/>
        <w:jc w:val="center"/>
        <w:shd w:val="clear" w:color="auto" w:fill="F0F4F8"/>
      </w:pPr>
      <w:r>
        <w:rPr>
          <w:color w:val="4A5568"/>
          <w:sz w:val="20"/>
        </w:rPr>
        <w:t>Data: ___/___/______     |     Facilitador: _______________________________     |     Duração: 10 min</w:t>
      </w:r>
    </w:p>
    <w:p>
      <w:pPr>
        <w:spacing w:before="0" w:after="200"/>
        <w:jc w:val="center"/>
      </w:pPr>
      <w:r>
        <w:drawing>
          <wp:inline xmlns:a="http://schemas.openxmlformats.org/drawingml/2006/main" xmlns:pic="http://schemas.openxmlformats.org/drawingml/2006/picture">
            <wp:extent cx="5303520" cy="2892829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03520" cy="289282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CASO REAL  ·  2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Roberto tinha 41 anos, trabalhava há seis anos como operador de produção numa indústria de embalagens plásticas no interior de São Paulo. Era o tipo de pessoa que todo mundo gostava — sempre animado, sempre com um café na mão. Numa tarde de terça-feira, uma fagulha de uma solda mal finalizada atingiu um rolo de filme plástico empilhado perto da prensa. O fogo começou pequeno, com aquela fumaça fina que parece inofensiva. Roberto gritou "fogo!" e olhou para os colegas. Ninguém sabia o que fazer. Um foi buscar água — errado para aquele tipo de chama. Outro tentou usar o extintor, mas nunca tinha treinado: apontou para as chamas em vez de para a base. Em menos de quatro minutos, o fogo alastrou. A brigada da empresa existia no papel, mas nenhum dos membros designados estava presente naquele turno, e os substitutos nunca foram treinados. Roberto saiu com queimaduras nos braços e no rosto. Ficou cinco meses afastado. Quando voltou, a primeira coisa que disse foi: "eu nunca pensei que ia ser comigo."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INTRODUÇÃO AO TEMA  ·  2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A brigada de incêndio é a linha de defesa mais imediata dentro de uma empresa quando o fogo aparece — e os primeiros minutos são decisivos. Segundo o IBGE e dados do Corpo de Bombeiros, mais de 60% dos incêndios em ambientes industriais poderiam ter sido controlados ainda no início se houvesse ação correta e rápida. A NR 23 (Proteção Contra Incêndios) estabelece as obrigações básicas das empresas com equipamentos e saídas de emergência, e a Instrução Técnica do Corpo de Bombeiros (IT-17) regulamenta a formação, composição e treinamento das brigadas. Ter a brigada formada não é burocracia — é a diferença entre um susto e uma tragédia.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PONTOS PRINCIPAIS  ·  3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O que é a brigada de incêndio**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É um grupo treinado de trabalhadores que atua nos primeiros momentos de uma emergência com fogo. Sua função é combater o princípio de incêndio, evacuar pessoas e acionar o socorro especializado.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Quem deve fazer parte**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A brigada deve ter membros em todos os turnos e setores da empresa, não apenas em um horário. Isso garante que sempre haverá alguém capacitado presente, independentemente do dia ou horário.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O treinamento faz toda a diferença**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Saber usar o extintor correto, conhecer as rotas de fuga e manter a calma sob pressão só vem com prática real. Treinamento teórico sem simulado não prepara ninguém para agir quando o coração acelera.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Cada tipo de fogo exige um extintor diferente**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Usar o extintor errado pode piorar o incêndio ou causar acidentes elétricos. Os membros da brigada precisam conhecer as classes de incêndio (A, B, C, D) e saber qual agente extintor usar em cada situação.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Renovação e atualização são obrigatórias**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O treinamento da brigada deve ser renovado periodicamente — em geral a cada ano. Pessoas novas na equipe precisam ser integradas, e simulados de evacuação devem envolver todos os trabalhadores do local.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2E7D32"/>
        <w:spacing w:before="320" w:after="160"/>
      </w:pPr>
      <w:r>
        <w:rPr>
          <w:b/>
          <w:color w:val="FFFFFF"/>
          <w:sz w:val="24"/>
        </w:rPr>
        <w:t xml:space="preserve">   DISCUSSÃO INTERATIVA  ·  2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Se um incêndio começasse agora, aqui no setor, você saberia onde está o extintor mais próximo e como usá-lo corretamente?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Você conhece quem são os membros da brigada de incêndio da sua empresa e como chamá-los rapidamente numa emergência?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Você já participou de algum simulado de incêndio? O que acha que poderia ser feito melhor no nosso local de trabalho para estarmos mais preparados?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C62828"/>
        <w:spacing w:before="320" w:after="160"/>
      </w:pPr>
      <w:r>
        <w:rPr>
          <w:b/>
          <w:color w:val="FFFFFF"/>
          <w:sz w:val="24"/>
        </w:rPr>
        <w:t xml:space="preserve">   CONCLUSÃO E COMPROMISSO  ·  1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A brigada de incêndio só funciona quando está completa, treinada e conhecida por todos — não apenas pelos próprios brigadistas. Cada um de nós tem um papel: saber quem acionar, como evacuar e não atrapalhar quem está agindo. Hoje, saindo daqui, reforce mentalmente onde ficam os extintores, as saídas de emergência e quem são os brigadistas do seu turno.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 xml:space="preserve">&gt; </w:t>
      </w:r>
      <w:r>
        <w:rPr>
          <w:b/>
          <w:sz w:val="22"/>
        </w:rPr>
        <w:t>"Preparo não é pessimismo — é respeito pela própria vida e pela vida de quem trabalha ao seu lado."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37474F"/>
        <w:spacing w:before="320" w:after="160"/>
      </w:pPr>
      <w:r>
        <w:rPr>
          <w:b/>
          <w:color w:val="FFFFFF"/>
          <w:sz w:val="24"/>
        </w:rPr>
        <w:t xml:space="preserve">   PARTICIPANTES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before="240" w:after="80"/>
        <w:pBdr>
          <w:top w:val="single" w:sz="4" w:space="1" w:color="AAAAAA"/>
        </w:pBdr>
      </w:pPr>
    </w:p>
    <w:p>
      <w:pPr>
        <w:spacing w:before="0" w:after="40"/>
      </w:pPr>
      <w:r>
        <w:rPr>
          <w:b/>
          <w:i/>
          <w:color w:val="666666"/>
          <w:sz w:val="17"/>
        </w:rPr>
        <w:t>NOTAS SOBRE O USO</w:t>
      </w:r>
    </w:p>
    <w:p>
      <w:pPr>
        <w:spacing w:before="0" w:after="40"/>
      </w:pPr>
      <w:r>
        <w:rPr>
          <w:i/>
          <w:color w:val="666666"/>
          <w:sz w:val="16"/>
        </w:rPr>
        <w:t>O conteúdo deste DDS é conceitual e serve como orientação inicial. Cabe aos profissionais de SMS e líderes adaptarem este material às particularidades de suas frentes de trabalho. A responsabilidade pela execução e direcionamento do diálogo cabe inteiramente ao condutor da atividade.</w:t>
      </w:r>
    </w:p>
    <w:sectPr w:rsidR="00FC693F" w:rsidRPr="0006063C" w:rsidSect="00034616">
      <w:headerReference w:type="default" r:id="rId9"/>
      <w:footerReference w:type="default" r:id="rId10"/>
      <w:pgSz w:w="11906" w:h="16838"/>
      <w:pgMar w:top="1587" w:right="1247" w:bottom="1587" w:left="1247" w:header="567" w:footer="56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spacing w:before="160" w:after="80"/>
      <w:jc w:val="center"/>
      <w:pBdr>
        <w:top w:val="single" w:sz="6" w:space="4" w:color="1B4965"/>
      </w:pBdr>
    </w:pPr>
    <w:r>
      <w:rPr>
        <w:i/>
        <w:color w:val="1B4965"/>
        <w:sz w:val="18"/>
      </w:rPr>
      <w:t>https://sempresegurancadotrabalho.com.br/  —  Material gratuito para facilitadores de segurança  —  2026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spacing w:before="80" w:after="160"/>
      <w:jc w:val="center"/>
      <w:pBdr>
        <w:bottom w:val="single" w:sz="6" w:space="4" w:color="1B4965"/>
      </w:pBdr>
    </w:pPr>
    <w:r>
      <w:rPr>
        <w:i/>
        <w:color w:val="1B4965"/>
        <w:sz w:val="18"/>
      </w:rPr>
      <w:t xml:space="preserve">  https://sempresegurancadotrabalho.com.br/  —  Segurança e Saúde no Trabalho 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