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BUZINA E ATENCAO EM CRUZAMENTOS INTERNOS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Roberto tinha 34 anos, operava uma empilhadeira há seis anos e era conhecido por ser um dos mais experientes do pátio. Naquela terça-feira de manhã, o turno tinha começado corrido: muita carga para mover, prazo apertado, chefe cobrando. Roberto conhecia cada corredor do armazém de cor — ou pelo menos achava que conhecia. Ao se aproximar do cruzamento entre o corredor C e a área de expedição, ele reduziu um pouco a velocidade, mas não parou. Também não buzinou. "Já fiz esse caminho mil vezes", ele pensava. O que ele não esperava era que Marcos, um colaborador novo há apenas três semanas, estivesse atravessando aquele mesmo cruzamento empurrando um carrinho de carga, sem visão do corredor C por causa das prateleiras altas. O impacto foi inevitável. Marcos fraturou dois dedos da mão direita e ficou três meses afastado. Roberto saiu ileso do corpo, mas não da cabeça — carregou a culpa por muito tempo. O que separou aquele dia de uma tragédia maior foi sorte, não segurança. E sorte não é procedimento.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Colisões envolvendo empilhadeiras e pedestres respondem por uma parte expressiva dos acidentes graves em ambientes industriais e de logística no Brasil. A NR-11, que regula o transporte, movimentação e armazenagem de materiais, determina que veículos industriais devem respeitar sinalizações, velocidade máxima e dar prioridade aos pedestres em todas as situações. Cruzamentos internos são pontos cegos por natureza — a visibilidade é limitada pelas estruturas do ambiente. A buzina e a atenção nesses pontos não são formalidade: são a última linha de defesa antes do acidente.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Buzine sempre, sem exceção**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buzina em cruzamentos não é opcional nem depende de você "achar" que tem alguém. O sinal sonoro avisa quem você não consegue ver. Use antes de todo cruzamento, mesmo que o caminho pareça livre.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Reduza a velocidade antes de cruzar**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Velocidade alta elimina o tempo de reação. Ao se aproximar de um cruzamento, reduza sempre — mesmo sem obstáculos aparentes. O risco mora justamente no que você não está vendo.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Faça a parada visual antes de avançar**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Pare, olhe para os dois lados e só então avance. Essa pausa de 2 segundos pode evitar um acidente que dura uma vida. Em ambientes com alto fluxo de pedestres, isso é obrigatório.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Pedestres também precisam prestar atenção**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Não é só responsabilidade do operador. Quem anda a pé deve evitar cruzamentos às cegas, nunca usar fone de ouvido em áreas de movimentação de veículos e olhar antes de cruzar qualquer corredor.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Rotina não é segurança**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Fazer o mesmo caminho todo dia cria uma falsa sensação de controle. O risco muda: um colaborador novo, uma carga diferente, uma distração. Trate cada cruzamento como se fosse a primeira vez.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passou por um cruzamento interno sem buzinar porque "parecia livre"? O que te levou a tomar essa decisão?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Existe algum ponto cego ou cruzamento no nosso ambiente de trabalho que você considera mais perigoso? Por quê?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visse um colega passando em um cruzamento sem buzinar ou sem reduzir a velocidade, o que você faria? Existe alguma dificuldade em falar sobre isso?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Buzinar e reduzir a velocidade em cruzamentos são atos simples, mas que fazem diferença real. Cada vez que você faz isso corretamente, está protegendo não só a sua vida, mas a de quem está do outro lado dessa esquina. A segurança começa com hábitos que praticamos mesmo quando ninguém está olhando.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"O acidente que você previne hoje pode ser a vida que você salva amanhã — talvez a sua própria."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