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CULTURA DE SEGURANCA: RESPONSABILIDADE DE TODOS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80" w:after="16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i/>
          <w:color w:val="9E9E9E"/>
          <w:sz w:val="18"/>
        </w:rPr>
        <w:t>[Imagem ilustrativa não disponível]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João, eletricista experiente, ignorou o tapete antiderrapante desgastado no corredor, achando que era "problema da manutenção". Apelidou-o de "tapete do desafio". Certo dia, ao correr para atender um chamado urgente, ele escorregou exatamente ali, fraturando o fêmur. Sua recuperação foi longa e dolorosa, mostrando que o problema ignorado afetou a todos.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Dados mostram que a maioria dos acidentes de trabalho está ligada a falhas comportamentais e de gestão. A segurança não é uma obrigação imposta, mas sim um valor que se constrói coletivamente. A NR 1, inclusive, aborda as disposições gerais e a gestão de riscos ocupacionais, reforçando a importância do envolvimento de todos.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Perceba e Corrija o Risco:** Todos devem estar atentos a condições inseguras e agir para corrigi-las ou reportá-las imediatamente.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Siga os Procedimentos:** As regras e procedimentos de segurança existem para proteger sua vida e a de seus colegas, nunca os ignore.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Comunique Melhorias:** Sua experiência no dia a dia é valiosa; compartilhe ideias para tornar o ambiente de trabalho mais seguro e eficiente.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Seja um Exemplo Positivo:** Suas atitudes influenciam; demonstre compromisso com a segurança para inspirar e proteger a todos ao redor.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Que risco você já notou e não reportou, pensando que "não era sua responsabilidade"?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Como suas ações diárias podem impactar a segurança de um colega?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que podemos fazer, individualmente, para fortalecer nossa cultura de segurança hoje?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Lembre-se: segurança é um valor inegociável e a responsabilidade por ela é compartilhada por cada um de nós.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Vamos construir juntos um ambiente de trabalho onde voltar para casa seguro seja a nossa maior conquista diária.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segurança começa comigo, a segurança começa com você, a segurança é responsabilidade de todos!**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