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20" w:after="0"/>
        <w:jc w:val="center"/>
        <w:shd w:val="clear" w:color="auto" w:fill="E8F0F7"/>
      </w:pPr>
      <w:r>
        <w:rPr>
          <w:b/>
          <w:color w:val="1B4965"/>
          <w:sz w:val="40"/>
        </w:rPr>
        <w:t>DDS  —  DIÁLOGO DIÁRIO DE SEGURANÇA</w:t>
      </w:r>
    </w:p>
    <w:p>
      <w:pPr>
        <w:spacing w:before="0" w:after="0"/>
        <w:jc w:val="center"/>
        <w:shd w:val="clear" w:color="auto" w:fill="1B4965"/>
      </w:pPr>
      <w:r>
        <w:rPr>
          <w:b/>
          <w:color w:val="FFFFFF"/>
          <w:sz w:val="36"/>
        </w:rPr>
        <w:t>DESENERGIZAR ANTES DE INTERVIR (AS 6 ETAPAS)</w:t>
      </w:r>
    </w:p>
    <w:p>
      <w:pPr>
        <w:spacing w:before="0" w:after="200"/>
        <w:jc w:val="center"/>
        <w:shd w:val="clear" w:color="auto" w:fill="F0F4F8"/>
      </w:pPr>
      <w:r>
        <w:rPr>
          <w:color w:val="4A5568"/>
          <w:sz w:val="20"/>
        </w:rPr>
        <w:t>Data: ___/___/______     |     Facilitador: _______________________________     |     Duração: 10 min</w:t>
      </w:r>
    </w:p>
    <w:p>
      <w:pPr>
        <w:spacing w:before="0" w:after="200"/>
        <w:jc w:val="center"/>
      </w:pPr>
      <w:r>
        <w:drawing>
          <wp:inline xmlns:a="http://schemas.openxmlformats.org/drawingml/2006/main" xmlns:pic="http://schemas.openxmlformats.org/drawingml/2006/picture">
            <wp:extent cx="5303520" cy="289282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289282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CASO REAL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Rodrigo tinha 34 anos, dois filhos pequenos e doze anos de experiência como eletricista industrial. Era segunda-feira cedo, a produção estava parada e o supervisor cobrava agilidade para religar a linha. Um motor de 380V apresentava falha intermitente — serviço simples, que Rodrigo já havia feito dezenas de vezes.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Naquele dia, ele pulou uma etapa. Não bloqueou o disjuntor. Não aplicou o cadeado. Pensou: "vou ser rápido". Enquanto trabalhava no painel, um colega de outro setor — sem saber que havia alguém ali — religou o circuito remotamente pelo sistema de supervisão.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 descarga elétrica jogou Rodrigo contra a parede. Ele sobreviveu, mas perdeu os movimentos do braço direito. O mesmo braço que usava para apertar os parafusos. Para brincar com os filhos. Para trabalhar.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O acidente levou três segundos. A decisão errada, menos de um.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INTRODUÇÃO AO TEMA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Acidentes em máquinas e equipamentos energizados estão entre as principais causas de mortes no trabalho no Brasil. A NR-10 e a NR-12 exigem o bloqueio e etiquetagem das fontes de energia antes de qualquer intervenção em equipamentos — o chamado procedimento de Lockout/Tagout. Estudos do MTE apontam que mais de 60% dos acidentes elétricos ocorrem durante manutenções, trocas de peças ou ajustes. Seguir as 6 etapas de desenergização não é burocracia: é a diferença entre voltar para casa ou não voltar.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1B4965"/>
        <w:spacing w:before="320" w:after="160"/>
      </w:pPr>
      <w:r>
        <w:rPr>
          <w:b/>
          <w:color w:val="FFFFFF"/>
          <w:sz w:val="24"/>
        </w:rPr>
        <w:t xml:space="preserve">   PONTOS PRINCIPAIS  ·  3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Identifique todas as fontes de energia**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Antes de qualquer coisa, mapeie elétrica, pneumática, hidráulica, mecânica e gravitacional. Um equipamento pode ter mais de uma fonte — ignorar uma delas é suficiente para matar.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Notifique todos os envolvidos**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Comunique a equipe e operadores que o equipamento será isolado. Ninguém deve ser pego de surpresa, e ninguém deve religar sem saber que há alguém trabalhando.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Desligue o equipamento pelo ponto correto**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Use o desligamento oficial do equipamento antes de isolar a energia. Nunca comece pelo bloqueio sem desligar antes — isso protege tanto o trabalhador quanto o equipamento.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Bloqueie e etiquete cada ponto de energia**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Aplique cadeado e etiqueta em cada disjuntor, válvula ou registro. Cada trabalhador envolvido aplica o seu próprio cadeado — ninguém retira o cadeado do outro.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Libere a energia residual armazenada**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Capacitores retêm carga, molas ficam tensionadas, tubulações guardam pressão. Drene, descarregue e alivie toda energia residual antes de tocar no equipamento.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Verifique: tente ligar o equipamento**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Antes de iniciar o trabalho, tente acionar o equipamento. Se não ligar, está seguro. Essa última etapa confirma que todo o procedimento funcionou. Não pule ela.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2E7D32"/>
        <w:spacing w:before="320" w:after="160"/>
      </w:pPr>
      <w:r>
        <w:rPr>
          <w:b/>
          <w:color w:val="FFFFFF"/>
          <w:sz w:val="24"/>
        </w:rPr>
        <w:t xml:space="preserve">   DISCUSSÃO INTERATIVA  ·  2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Você já esteve em uma situação onde sentiu pressão para pular alguma etapa de desenergização? Como lidou com isso?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Se um colega seu estivesse prestes a trabalhar em um equipamento sem aplicar o cadeado, o que você faria?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Aqui na nossa rotina, quais equipamentos exigem maior atenção na hora de desenergizar? Existe algum ponto cego que podemos melhorar?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C62828"/>
        <w:spacing w:before="320" w:after="160"/>
      </w:pPr>
      <w:r>
        <w:rPr>
          <w:b/>
          <w:color w:val="FFFFFF"/>
          <w:sz w:val="24"/>
        </w:rPr>
        <w:t xml:space="preserve">   CONCLUSÃO E COMPROMISSO  ·  1 min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As 6 etapas de desenergização existem porque cada uma delas já salvou — ou poderia ter salvado — uma vida. A pressa nunca vale mais do que a sua segurança. A partir de hoje, cada um de nós se compromete a seguir o procedimento completo, sem exceções, independente da pressão ou do tempo disponível.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 xml:space="preserve">&gt; </w:t>
      </w:r>
      <w:r>
        <w:rPr>
          <w:b/>
          <w:sz w:val="22"/>
        </w:rPr>
        <w:t>"Nenhuma tarefa é tão urgente que não possa ser feita com segurança."</w:t>
      </w:r>
    </w:p>
    <w:p>
      <w:pPr>
        <w:spacing w:after="80" w:before="40" w:line="360" w:lineRule="exact"/>
        <w:ind w:left="288"/>
      </w:pPr>
      <w:r>
        <w:rPr>
          <w:b w:val="0"/>
          <w:sz w:val="22"/>
        </w:rPr>
        <w:t>---</w:t>
      </w:r>
    </w:p>
    <w:p>
      <w:pPr>
        <w:shd w:val="clear" w:color="auto" w:fill="37474F"/>
        <w:spacing w:before="320" w:after="160"/>
      </w:pPr>
      <w:r>
        <w:rPr>
          <w:b/>
          <w:color w:val="FFFFFF"/>
          <w:sz w:val="24"/>
        </w:rPr>
        <w:t xml:space="preserve">   PARTICIPANTES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after="120" w:before="40" w:line="360" w:lineRule="exact"/>
        <w:ind w:left="288"/>
      </w:pPr>
      <w:r>
        <w:rPr>
          <w:b w:val="0"/>
          <w:sz w:val="22"/>
        </w:rPr>
        <w:t>Nome: _______________ | Assinatura: _______________</w:t>
      </w:r>
    </w:p>
    <w:p>
      <w:pPr>
        <w:spacing w:before="240" w:after="80"/>
        <w:pBdr>
          <w:top w:val="single" w:sz="4" w:space="1" w:color="AAAAAA"/>
        </w:pBdr>
      </w:pPr>
    </w:p>
    <w:p>
      <w:pPr>
        <w:spacing w:before="0" w:after="40"/>
      </w:pPr>
      <w:r>
        <w:rPr>
          <w:b/>
          <w:i/>
          <w:color w:val="666666"/>
          <w:sz w:val="17"/>
        </w:rPr>
        <w:t>NOTAS SOBRE O USO</w:t>
      </w:r>
    </w:p>
    <w:p>
      <w:pPr>
        <w:spacing w:before="0" w:after="40"/>
      </w:pPr>
      <w:r>
        <w:rPr>
          <w:i/>
          <w:color w:val="666666"/>
          <w:sz w:val="16"/>
        </w:rPr>
        <w:t>O conteúdo deste DDS é conceitual e serve como orientação inicial. Cabe aos profissionais de SMS e líderes adaptarem este material às particularidades de suas frentes de trabalho. A responsabilidade pela execução e direcionamento do diálogo cabe inteiramente ao condutor da atividade.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587" w:right="1247" w:bottom="1587" w:left="124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160" w:after="80"/>
      <w:jc w:val="center"/>
      <w:pBdr>
        <w:top w:val="single" w:sz="6" w:space="4" w:color="1B4965"/>
      </w:pBdr>
    </w:pPr>
    <w:r>
      <w:rPr>
        <w:i/>
        <w:color w:val="1B4965"/>
        <w:sz w:val="18"/>
      </w:rPr>
      <w:t>https://sempresegurancadotrabalho.com.br/  —  Material gratuito para facilitadores de segurança  —  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before="80" w:after="160"/>
      <w:jc w:val="center"/>
      <w:pBdr>
        <w:bottom w:val="single" w:sz="6" w:space="4" w:color="1B4965"/>
      </w:pBdr>
    </w:pPr>
    <w:r>
      <w:rPr>
        <w:i/>
        <w:color w:val="1B4965"/>
        <w:sz w:val="18"/>
      </w:rPr>
      <w:t xml:space="preserve">  https://sempresegurancadotrabalho.com.br/  —  Segurança e Saúde no Trabalho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