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EPC X EPI: AS DUAS CAMADAS DE PROTECAO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80" w:after="16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color w:val="9E9E9E"/>
          <w:sz w:val="18"/>
        </w:rPr>
        <w:t>[Imagem ilustrativa não disponível]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Rodrigo tinha 34 anos, dois filhos pequenos e oito anos de experiência na função de operador de esmerilhadeira. Era o tipo de trabalhador que todo líder queria na equipe: pontual, cuidadoso, sempre disposto a ajudar os mais novos. Naquela manhã de terça-feira, ele chegou na oficina com pressa — havia uma peça urgente para entregar antes do almoço. A bancada onde ele costumava trabalhar estava ocupada por outro colega, então ele improvisou um espaço perto da parede, longe do anteparo fixo de proteção que normalmente bloqueava o lançamento de fagulhas e fragmentos. "É só uns minutinhos", ele pensou. Pegou o óculos de proteção, colocou a máscara semifacial e ligou a esmerilhadeira. O EPI estava lá — mas o EPC, o anteparo, não estava. Quando o disco tocou a peça em ângulo errado, um fragmento metálico foi lançado com força. O óculos desviou o pedaço do olho, mas o metal cortou fundo a região da sobrancelha e a testa. Rodrigo foi ao pronto-socorro, levou cinco pontos e ficou dez dias afastado. O que salvou o olho dele foi o EPI. O que poderia ter evitado tudo era o EPC. As duas camadas juntas existem por um motivo muito claro: nenhuma delas é suficiente sozinha.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Segundo o Observatório de Segurança e Saúde no Trabalho, mais de 600 mil acidentes de trabalho são registrados por ano no Brasil — e grande parte deles envolve falha em pelo menos uma das camadas de proteção. A NR-6 regula o uso dos Equipamentos de Proteção Individual, enquanto normas como NR-12 e NR-18 tratam das proteções coletivas que compõem os EPCs. A hierarquia de controle de riscos prevê que o EPC sempre deve vir primeiro, pois protege a todos, independentemente de cada um lembrar de se equipar. O EPI é a última barreira — e quando ela precisa funcionar sozinha, a margem de erro humano pode custar caro.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EPC protege a todos, sem depender de ninguém**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Anteparos, grades, exaustores, sinalização e sistemas de ventilação atuam automaticamente. Não importa se o trabalhador está cansado, com pressa ou distraído — o EPC funciona.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EPI protege o indivíduo, mas exige uso correto**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De nada adianta ter o capacete, o óculos ou o protetor auricular se estiverem usados do jeito errado, danificados ou simplesmente pendurados na parede. O EPI só funciona quando é usado corretamente.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As duas camadas são complementares, não substitutas**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Ter EPC não elimina a necessidade do EPI, e ter EPI não dispensa o EPC. Um ambiente com as duas proteções ativas reduz drasticamente a chance de acidente grave.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remoção ou desvio do EPC é uma das principais causas de acidente**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Anteparos retirados "porque atrapalham", grades abertas "só pra agilizar" e sistemas de ventilação desligados "porque faz frio" são situações que eliminam a primeira camada de proteção e sobrecarregam o EPI.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Inspecionar antes de trabalhar salva vidas**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Todo trabalhador deve verificar, antes de iniciar a tarefa, se os EPCs do posto estão no lugar e funcionando, e se os EPIs estão em boas condições. Essa checagem leva menos de dois minutos e pode evitar anos de consequência.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presenciou alguma situação em que o EPC foi removido ou contornado para "facilitar o trabalho"? O que aconteceu?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Quando foi a última vez que você inspecionou o seu EPI antes de usá-lo? Percebeu algo fora do normal?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você visse um colega trabalhando sem o EPC no lugar, o que faria? Existe esse costume na nossa equipe de se avisar mutuamente?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proteção no trabalho não é uma escolha entre EPC ou EPI — é EPC e EPI, sempre juntos, sempre ativos. Cada camada que removemos ou ignoramos nos deixa mais perto de uma história que ninguém quer contar. Hoje, cada um de nós assume o compromisso de verificar, usar e cobrar as duas camadas de proteção, todos os dias.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"Segurança não é o que você usa quando se lembra — é o que você nunca abre mão, independente da pressa."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