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EPI: O QUE E E QUANDO USAR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0" w:after="20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Marcos tinha 34 anos, era operador de produção há seis anos e todo mundo na fábrica gostava dele. Na segunda-feira, voltou animado do fim de semana, falando do churrasco em família. Era uma tarefa rotineira: aplicar produto químico de limpeza nas esteiras. Ele conhecia o processo de cor. Por isso mesmo, achou que colocar os óculos de proteção e as luvas era coisa de novato, "frescura pra quem não sabe o que faz". Afinal, ia ser rápido. Em menos de dois minutos, um respingo atingiu seus olhos. A dor foi imediata e insuportável. Marcos gritou, tentou lavar com água, mas o produto já tinha entrado em contato com a córnea. Passou três dias hospitalizado. O laudo médico foi duro: perda parcial permanente da visão no olho direito. Ele voltou ao trabalho meses depois, mas nunca mais enxergou do mesmo jeito. A família que estava no churrasco naquele fim de semana viu, nas semanas seguintes, um homem diferente: calado, com medo do futuro. Tudo por dois minutos sem óculos.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EPI — Equipamento de Proteção Individual — é qualquer dispositivo usado pelo trabalhador para se proteger de riscos que ameaçam sua segurança e saúde. Segundo o Ministério do Trabalho, acidentes com ausência ou uso incorreto de EPI representam mais de 40% das causas de lesões graves no ambiente de trabalho. A NR-6 é a norma que regulamenta os EPIs no Brasil: define quais equipamentos são obrigatórios, como devem ser fornecidos e como o trabalhador deve usá-los. Conhecer essa norma não é obrigação só do patrão — é direito e responsabilidade de todo trabalhador.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EPI não é punição, é proteção**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equipamento existe para criar uma barreira entre você e o risco. Não é burocracia nem desconfiança — é a última linha de defesa quando tudo mais falha.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Cada risco exige o EPI certo**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Luva para produto químico é diferente de luva para corte. Usar o equipamento errado pode dar falsa sensação de segurança e ser tão perigoso quanto não usar nada.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EPI precisa estar em bom estado**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Capacete trincado, óculos riscados ou luva furada não protegem. Antes de usar, inspecione o equipamento. Se estiver danificado, solicite a troca imediatamente.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Usar do jeito certo faz toda a diferença**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Máscara mal ajustada, protetor auricular inserido pela metade ou cinto de segurança sem o trava-quedas conectado — o uso incorreto anula a proteção. Aprenda a colocar cada EPI da forma certa.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empresa fornece, mas o trabalhador é responsável pelo uso**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NR-6 é clara: a empresa tem obrigação de fornecer o EPI gratuitamente e em perfeito estado. O trabalhador tem obrigação de usar, conservar e comunicar qualquer defeito. Essa é uma via de dois lados.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Você já deixou de usar algum EPI porque achou que a tarefa era rápida ou simples demais? O que te fez tomar essa decisão?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Aqui no nosso trabalho, tem algum EPI que as pessoas costumam usar do jeito errado ou ignorar? Por quê você acha que isso acontece?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Se um colega seu estivesse trabalhando sem o EPI correto agora mesmo, o que você faria? Você chamaria a atenção ou preferiria não se meter?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EPI não substitui boas práticas, mas ele pode ser a diferença entre ir para casa inteiro ou não voltar. Marcos perdeu parte da visão num momento que durou menos de dois minutos — tempo que você leva para colocar um óculos de proteção. A partir de hoje, o combinado aqui é simples: antes de qualquer tarefa, verifique o risco, pegue o EPI correto, use do jeito certo.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 xml:space="preserve">&gt; </w:t>
      </w:r>
      <w:r>
        <w:rPr>
          <w:b/>
          <w:sz w:val="22"/>
        </w:rPr>
        <w:t>"Você é insubstituível para a sua família. O EPI está aqui para garantir que você chegue em casa do mesmo jeito que saiu."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