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ESMERILHADEIRA: USO SEGURO DO DISCO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Rodrigo tinha 34 anos e trabalhava há seis anos na mesma metalúrgica. Era o tipo de profissional que todo supervisor queria na equipe: experiente, rápido, comprometido. Numa tarde de quinta-feira, com calor de rachar, ele precisava cortar um perfil metálico antes do fim do expediente. Estava atrasado, a entrega era pra aquela noite, e a pressão pesava. Pegou a esmerilhadeira, encaixou o disco que estava ali do lado — um disco de corte já gasto, com uma pequena trinca que quase não dava pra ver. Pensou: "é rápido, não vai dar nada." Não colocou o protetor lateral. Também não percebeu que o disco estava um número acima do que a máquina suportava. Assim que ligou e pressionou contra o metal, o disco explodeu. Um fragmento cortou o antebraço esquerdo de Rodrigo de forma profunda, atingindo vasos sanguíneos importantes. Ele ficou três meses afastado, perdeu parte do movimento do pulso e nunca mais voltou às mesmas funções. A entrega atrasou do mesmo jeito. A pressa não valeu.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esmerilhadeira é uma das ferramentas mais presentes nas obras e indústrias brasileiras — e também uma das que mais causam acidentes graves. Segundo dados do Ministério do Trabalho, lesões por ferramentas manuais e rotativas estão entre as principais causas de afastamento no setor metal-mecânico e da construção civil. A NR-12 (Segurança no Trabalho em Máquinas e Equipamentos) determina obrigações claras sobre o uso, proteção e manutenção dessas ferramentas. Conhecer os riscos do disco é o primeiro passo para não virar estatística.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Verifique o disco antes de usar**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Observe se há trincas, lascas ou desgaste excessivo. Um disco comprometido pode se partir a até 80 km/h — velocidade suficiente para matar.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Use o disco certo para cada trabalho**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Disco de corte não é disco de desbaste, e vice-versa. Usar o disco errado aumenta o risco de quebra e reduz a eficiência do trabalho.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Respeite o limite de rotação (RPM)**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Cada disco tem uma rotação máxima indicada na etiqueta. Montar um disco incompatível com a máquina é causa direta de explosão do disco durante o uso.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Nunca retire o protetor lateral**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protetor existe justamente para conter fragmentos em caso de quebra. Removê-lo por achar que "atrapalha" transforma um acidente controlável em tragédia.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Use sempre o EPI completo**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Óculos de segurança, protetor facial, luvas de raspa e avental são obrigatórios. Proteção do rosto é prioridade — os olhos e o pescoço estão no caminho direto dos fragmentos.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presenciou ou ouviu falar de algum acidente com esmerilhadeira aqui no trabalho ou em outro lugar? O que aconteceu e o que poderia ter evitado?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Antes de usar a esmerilhadeira, você costuma verificar o estado do disco e o protetor? Existe algum hábito na sua equipe que você considera arriscado?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estamos com pressa ou pressão para entregar, como podemos garantir que não vamos abrir mão da segurança? Que combinados podemos fazer entre a equipe?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Rodrigo era experiente — e ainda assim o acidente aconteceu. Não por falta de conhecimento, mas por um momento de descuido somado à pressão do dia a dia. Nenhuma entrega, nenhum prazo e nenhuma tarefa vale uma mão, um olho ou uma vida. A partir de hoje, o compromisso de cada um aqui é simples: verificar o disco, manter o protetor e usar o EPI — sempre, sem exceção.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"Segurança não é o que você faz quando tem tempo. É o que você faz antes de começar."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