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ESPACO CONFINADO: O QUE E SEGUNDO A NR-33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0" w:after="20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Roberto tinha 38 anos, dois filhos pequenos e orgulho de ser o mais experiente da turma. Naquela manhã de terça-feira, a ordem era simples: descer ao poço de coleta de efluentes para verificar um entupimento. Ele já havia feito isso dezenas de vezes. Sem medir o oxigênio, sem ventilação, sem vigia na boca do poço — "é rápido, não precisa de todo aquele aparato", disseram. Roberto desceu pela escada de ferro enferrujada, deu dois passos no fundo e caiu sem emitir um som sequer. O ambiente estava com apenas 14% de oxigênio, o suficiente para apagar a consciência em segundos. O colega que foi socorrê-lo entrou sem equipamento e também caiu. Foram dois corpos resgatados por equipe especializada que chegou vinte minutos depois. Roberto sobreviveu com sequelas neurológicas permanentes. O colega não teve a mesma sorte. A viúva ainda pergunta por que ninguém explicou que aquele poço era um espaço confinado.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NR-33, norma brasileira específica para Segurança e Saúde nos Trabalhos em Espaços Confinados, existe desde 2006 e é frequentemente ignorada em campo. Dados do Ministério do Trabalho apontam que mais de 60% das mortes em espaços confinados vitimam também os resgatadores, exatamente como ocorreu com Roberto. Um espaço confinado não é apenas um lugar pequeno — é qualquer ambiente com entrada e saída limitadas, não projetado para ocupação contínua, e que pode acumular gases tóxicos, ter deficiência de oxigênio ou ter risco de soterramento. Reconhecer o que é um espaço confinado é o primeiro passo para não entrar nele da maneira errada.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que define um espaço confinado pela NR-33**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É todo local que tem meios limitados de entrada e saída, não foi projetado para permanência humana contínua, e pode ter atmosfera perigosa ou riscos físicos. Tanques, cisternas, poços, galerias, silos e dutos são exemplos clássicos.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Classificação: confinado com e sem risco**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NR-33 divide os espaços em "sem risco identificado" e "com risco", sendo estes últimos chamados de espaços confinados com permissão de entrada. Somente após avaliação técnica é possível saber em qual categoria o espaço se enquadra.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Permissão de Entrada é obrigatória**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Antes de entrar em espaço confinado com risco, é necessário emitir uma Permissão de Entrada e Trabalho (PET), assinada pelo supervisor de entrada. Entrar sem PET é infração grave e coloca a vida em risco real.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medição da atmosfera salva vidas**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Nunca confie no olfato ou na visão para detectar gases perigosos — muitos são inodoros e incolores. O uso de detector multigas calibrado, antes e durante o trabalho, é exigência da NR-33 e não pode ser substituído por nenhuma outra prática.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vigia é indispensável e não pode entrar**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vigia permanece do lado de fora, monitorando o trabalhador e acionando o resgate se necessário. Ele nunca deve entrar para socorrer — deve acionar a equipe treinada. Ignorar isso transforma uma vítima em duas.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Você já trabalhou ou viu alguém trabalhar em um local que, agora que sabe a definição da NR-33, pode ser classificado como espaço confinado sem que ninguém soubesse disso?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Se seu colega entrar em um espaço confinado e cair desacordado, qual seria sua primeira reação? Você saberia o que fazer — e o que não fazer?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que falta no dia a dia da nossa equipe para que a Permissão de Entrada e Trabalho seja sempre usada antes de qualquer entrada em espaço confinado?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Espaço confinado mata em silêncio e em segundos — e a maioria das vítimas achava que sabia o que estava fazendo. A NR-33 não é burocracia: é a linha que separa quem vai almoçar com a família de quem não vai voltar para casa. A partir de hoje, identificar, avaliar e respeitar os procedimentos para espaços confinados é responsabilidade de cada um de nós.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 xml:space="preserve">&gt; </w:t>
      </w:r>
      <w:r>
        <w:rPr>
          <w:b/>
          <w:sz w:val="22"/>
        </w:rPr>
        <w:t>"Nenhuma tarefa vale uma vida. Se não tem permissão, não tem entrada."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