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0"/>
        <w:jc w:val="center"/>
        <w:shd w:val="clear" w:color="auto" w:fill="E8F0F7"/>
      </w:pPr>
      <w:r>
        <w:rPr>
          <w:b/>
          <w:color w:val="1B4965"/>
          <w:sz w:val="40"/>
        </w:rPr>
        <w:t>DDS  —  DIÁLOGO DIÁRIO DE SEGURANÇA</w:t>
      </w:r>
    </w:p>
    <w:p>
      <w:pPr>
        <w:spacing w:before="0" w:after="0"/>
        <w:jc w:val="center"/>
        <w:shd w:val="clear" w:color="auto" w:fill="1B4965"/>
      </w:pPr>
      <w:r>
        <w:rPr>
          <w:b/>
          <w:color w:val="FFFFFF"/>
          <w:sz w:val="36"/>
        </w:rPr>
        <w:t>FERRAMENTA CERTA PARA A TAREFA CERTA</w:t>
      </w:r>
    </w:p>
    <w:p>
      <w:pPr>
        <w:spacing w:before="0" w:after="200"/>
        <w:jc w:val="center"/>
        <w:shd w:val="clear" w:color="auto" w:fill="F0F4F8"/>
      </w:pPr>
      <w:r>
        <w:rPr>
          <w:color w:val="4A5568"/>
          <w:sz w:val="20"/>
        </w:rPr>
        <w:t>Data: ___/___/______     |     Facilitador: _______________________________     |     Duração: 10 min</w:t>
      </w:r>
    </w:p>
    <w:p>
      <w:pPr>
        <w:spacing w:before="0" w:after="200"/>
        <w:jc w:val="center"/>
      </w:pPr>
      <w:r>
        <w:drawing>
          <wp:inline xmlns:a="http://schemas.openxmlformats.org/drawingml/2006/main" xmlns:pic="http://schemas.openxmlformats.org/drawingml/2006/picture">
            <wp:extent cx="5303520" cy="2892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92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CASO REAL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Marcelo tinha 34 anos, dois filhos e quinze anos de experiência em manutenção industrial. Era o tipo de profissional que todo supervisor queria na equipe: rápido, confiante e sempre disposto a resolver o problema. Naquela tarde de terça-feira, ele precisava apertar um parafuso de cabeça Phillips em uma tampa de caixa elétrica. A chave correta estava na bolsa de ferramentas, do outro lado do corredor, a uns vinte metros de distância. "Para que ir buscar?", ele pensou. Pegou uma chave de fenda comum que estava na bancada ao lado e forçou o encaixe. Na primeira tentativa, a ferramenta escorregou. Na segunda, ele aumentou a pressão. Na terceira, a chave saiu de repente e entrou direto na palma da mão esquerda, cortando tendões e nervos. Marcelo foi submetido a duas cirurgias. Passou quatro meses afastado. Voltou ao trabalho, mas sem a mesma mobilidade nos dedos — e com a certeza dolorosa de que vinte metros de caminhada valem muito mais do que anos de recuperação.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INTRODUÇÃO AO TEMA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O uso inadequado de ferramentas é uma das principais causas de acidentes de trabalho no Brasil, respondendo por cerca de 20% das lesões registradas em ambientes industriais e de manutenção. Muitas vezes o acidente não acontece por descuido total, mas por uma decisão aparentemente pequena: usar o que está à mão em vez do que é certo. A NR-18 e a NR-12 estabelecem que as ferramentas devem ser adequadas ao serviço a que se destinam e mantidas em perfeito estado de conservação. Escolher a ferramenta errada não é um atalho — é um risco real que pode custar um dedo, uma mão ou uma vida.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PONTOS PRINCIPAIS  ·  3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Cada ferramenta tem uma função específica**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Chave de fenda não é alavanca. Alicate não é martelo. Quando usamos uma ferramenta fora da sua função, ela perde eficiência e segurança ao mesmo tempo. O projeto da ferramenta considera forças, ângulos e materiais específicos — fora disso, o risco cresce.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O estado da ferramenta importa tanto quanto a escolha**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Uma ferramenta certa, mas desgastada ou danificada, é quase tão perigosa quanto a errada. Cabo rachado, fio exposto, lâmina cega ou peças frouxas aumentam a chance de escorregamento, quebra e acidente. Inspecione antes de usar.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Improviso não é criatividade — é negligência**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Adaptar uma ferramenta para fazer o serviço de outra pode parecer esperto, mas é uma das causas mais comuns de acidentes. O improviso coloca o trabalhador em posições forçadas e tira o controle do movimento, criando situações imprevisíveis.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Organização evita a tentação do improviso**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Quando as ferramentas têm lugar certo e estão organizadas, a busca pela correta leva segundos. Kits, painéis e bolsas organizadas reduzem o tempo de procura e eliminam a desculpa do "estava longe demais". Organize para proteger.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Comunique quando a ferramenta adequada não está disponível**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Se a ferramenta certa não está disponível ou está com defeito, pare e informe o supervisor. Continuar a tarefa com o que tem não é comprometimento — é exposição desnecessária a risco. Parar para resolver é atitude profissional.</w:t>
      </w:r>
    </w:p>
    <w:p>
      <w:pPr>
        <w:shd w:val="clear" w:color="auto" w:fill="2E7D32"/>
        <w:spacing w:before="320" w:after="160"/>
      </w:pPr>
      <w:r>
        <w:rPr>
          <w:b/>
          <w:color w:val="FFFFFF"/>
          <w:sz w:val="24"/>
        </w:rPr>
        <w:t xml:space="preserve">   DISCUSSÃO INTERATIVA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Você já usou uma ferramenta diferente da indicada para agilizar uma tarefa? O que motivou essa decisão e qual foi o resultado?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Como é o processo aqui na nossa equipe quando a ferramenta adequada não está disponível? Isso precisa ser melhorado?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O que podemos fazer no dia a dia para garantir que as ferramentas certas estejam sempre acessíveis e em boas condições antes de começar o trabalho?</w:t>
      </w:r>
    </w:p>
    <w:p>
      <w:pPr>
        <w:shd w:val="clear" w:color="auto" w:fill="C62828"/>
        <w:spacing w:before="320" w:after="160"/>
      </w:pPr>
      <w:r>
        <w:rPr>
          <w:b/>
          <w:color w:val="FFFFFF"/>
          <w:sz w:val="24"/>
        </w:rPr>
        <w:t xml:space="preserve">   CONCLUSÃO E COMPROMISSO  ·  1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 pressa de dois minutos pode gerar um afastamento de dois anos. Usar a ferramenta certa é um ato de respeito com o próprio corpo e com a família que espera em casa. Cada um de nós tem a responsabilidade de parar, buscar o equipamento correto e executar o trabalho com segurança — sem exceção.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 xml:space="preserve">&gt; </w:t>
      </w:r>
      <w:r>
        <w:rPr>
          <w:b/>
          <w:sz w:val="22"/>
        </w:rPr>
        <w:t>"A ferramenta certa nas mãos certas não é detalhe — é a diferença entre voltar pra casa inteiro ou não voltar."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37474F"/>
        <w:spacing w:before="320" w:after="160"/>
      </w:pPr>
      <w:r>
        <w:rPr>
          <w:b/>
          <w:color w:val="FFFFFF"/>
          <w:sz w:val="24"/>
        </w:rPr>
        <w:t xml:space="preserve">   PARTICIPANTES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before="240" w:after="80"/>
        <w:pBdr>
          <w:top w:val="single" w:sz="4" w:space="1" w:color="AAAAAA"/>
        </w:pBdr>
      </w:pPr>
    </w:p>
    <w:p>
      <w:pPr>
        <w:spacing w:before="0" w:after="40"/>
      </w:pPr>
      <w:r>
        <w:rPr>
          <w:b/>
          <w:i/>
          <w:color w:val="666666"/>
          <w:sz w:val="17"/>
        </w:rPr>
        <w:t>NOTAS SOBRE O USO</w:t>
      </w:r>
    </w:p>
    <w:p>
      <w:pPr>
        <w:spacing w:before="0" w:after="40"/>
      </w:pPr>
      <w:r>
        <w:rPr>
          <w:i/>
          <w:color w:val="666666"/>
          <w:sz w:val="16"/>
        </w:rPr>
        <w:t>O conteúdo deste DDS é conceitual e serve como orientação inicial. Cabe aos profissionais de SMS e líderes adaptarem este material às particularidades de suas frentes de trabalho. A responsabilidade pela execução e direcionamento do diálogo cabe inteiramente ao condutor da atividade.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58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 w:after="80"/>
      <w:jc w:val="center"/>
      <w:pBdr>
        <w:top w:val="single" w:sz="6" w:space="4" w:color="1B4965"/>
      </w:pBdr>
    </w:pPr>
    <w:r>
      <w:rPr>
        <w:i/>
        <w:color w:val="1B4965"/>
        <w:sz w:val="18"/>
      </w:rPr>
      <w:t>https://sempresegurancadotrabalho.com.br/  —  Material gratuito para facilitadores de segurança  —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80" w:after="160"/>
      <w:jc w:val="center"/>
      <w:pBdr>
        <w:bottom w:val="single" w:sz="6" w:space="4" w:color="1B4965"/>
      </w:pBdr>
    </w:pPr>
    <w:r>
      <w:rPr>
        <w:i/>
        <w:color w:val="1B4965"/>
        <w:sz w:val="18"/>
      </w:rPr>
      <w:t xml:space="preserve">  https://sempresegurancadotrabalho.com.br/  —  Segurança e Saúde no Trabalho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