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INSPECAO DIARIA DO EPI ANTES DE INICIAR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0" w:after="20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Marcos tinha 34 anos, dois filhos pequenos e 11 anos de experiência como soldador numa metalúrgica em Contagem, Minas Gerais. Todo mundo na fábrica conhecia ele como o "Marquinhos do corte perfeito" — um cara cuidadoso, que ensinava os mais novos e nunca deixava bagunça na bancada. Numa manhã de terça-feira, com o turno atrasado por causa de uma entrega urgente, Marcos pegou sua máscara de solda no armário, vestiu o avental de raspa e foi direto para a peça. O que ele não percebeu — porque não verificou — era que a lente de proteção da máscara estava trincada por um impacto que aconteceu na semana anterior. Alguém havia devolvido o equipamento sem comunicar o dano. Aos dez minutos de trabalho, a radiação ultravioleta penetrou pela fresta da trinca e atingiu os dois olhos de Marcos. A dor foi imediata e intensa. Ele foi levado ao hospital e ficou três dias com os olhos vendados. O diagnóstico foi fotoceratite bilateral — queimadura na córnea. Marcos voltou ao trabalho, mas ficou com sensibilidade permanente à luz e perdeu a precisão que tanto o orgulhava. Uma inspeção de 30 segundos teria evitado tudo isso.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Segundo dados do Observatório de Segurança e Saúde no Trabalho, mais de 40% dos acidentes envolvendo EPI ocorrem com equipamentos danificados ou com vida útil vencida que não foram substituídos a tempo. O EPI só protege quando está em perfeito estado — e isso depende de uma verificação antes de cada uso, não apenas na hora da compra. A NR 6 é clara: cabe ao trabalhador conservar e verificar o EPI, e ao empregador garantir condições para isso. Inspecionar o equipamento antes de colocar não é burocracia, é a última barreira entre você e o acidente.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Verifique visualmente cada EPI antes de colocar**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Olhe o equipamento de perto: rachaduras, rasgos, corrosão, elásticos frouxos, botões quebrados. Um segundo de atenção antes do uso pode ser a diferença entre proteção real e proteção ilusória.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Cheque o CA (Certificado de Aprovação) e a validade**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Todo EPI deve ter CA válido emitido pelo Ministério do Trabalho. EPIs com prazo vencido perdem a garantia de proteção certificada e devem ser substituídos imediatamente.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Não use EPI que passou por impacto, mesmo sem dano visível**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Capacetes, óculos e cintos de segurança que sofreram queda ou choque devem ser descartados. A estrutura interna pode estar comprometida sem que o olho veja nada.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Comunique imediatamente qualquer defeito**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Se encontrar um EPI danificado, informe o encarregado na hora. Devolver sem avisar coloca o próximo colega em risco — como aconteceu com o Marcos. A comunicação protege toda a equipe.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Guarde o EPI corretamente após o uso**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Armazenar o equipamento jogado, em locais úmidos ou expostos ao sol acelera a degradação. O cuidado no armazenamento faz parte da inspeção do dia seguinte.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Você já pegou um EPI para usar e percebeu que estava danificado? O que você fez naquele momento?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Na sua rotina, você tem tempo e condição de inspecionar o EPI antes de começar o trabalho — ou existe alguma pressão que dificulta esse hábito?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Se um colega seu estivesse prestes a usar um EPI visivelmente danificado, você chamaria atenção? O que impediria ou facilitaria isso?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Inspecionar o EPI leva menos de um minuto, mas esse minuto representa anos de saúde, de trabalho e de presença em casa com a família. Nenhuma produção, nenhum prazo e nenhuma pressa valem mais do que a integridade do seu corpo. Vamos assumir juntos o compromisso de verificar nossos EPIs todos os dias, antes de começar — e de cobrar isso uns dos outros com respeito.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 xml:space="preserve">&gt; </w:t>
      </w:r>
      <w:r>
        <w:rPr>
          <w:b/>
          <w:sz w:val="22"/>
        </w:rPr>
        <w:t>"EPI sem inspeção é apenas um objeto. EPI inspecionado é proteção de verdade."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