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NR-10: SEGURANCA EM INSTALACOES ELETRICAS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Marcelo tinha 34 anos, dois filhos pequenos e doze anos de experiência como eletricista industrial. Era o tipo de profissional que os colegas chamavam quando o serviço era difícil — calmo, confiante, conhecia cada cabo do galpão de olhos fechados. Numa segunda-feira de manhã, a produção parou porque um painel de distribuição estava falhando. O supervisor pediu agilidade: a linha estava parada, havia pressão de todo lado. Marcelo chegou ao painel, olhou rapidamente e pensou: "já consertei esse problema mil vezes." Ele não foi buscar o cadeado de bloqueio. Não pediu o procedimento de lockout. Não testou com o detector de tensão. Afinal, ele conhecia aquele painel. O que Marcelo não sabia é que um terceirizado havia feito uma intervenção no fim de semana e deixou um circuito energizado que normalmente ficava desligado. No momento em que ele tocou o barramento, 440 volts cruzaram seu corpo em frações de segundo. O arco elétrico queimou as mãos, o rosto e parte do tórax. Marcelo sobreviveu, mas passou quatro meses no hospital, perdeu dois dedos da mão direita e nunca mais voltou ao mesmo trabalho. Naquela noite, quando a esposa precisou explicar para os filhos o que havia acontecido com o pai, a palavra que faltou foi a mais simples de todas: cuidado.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eletricidade é invisível, silenciosa e não dá segunda chance. No Brasil, os acidentes com eletricidade representam cerca de 4% de todas as mortes por acidentes de trabalho — uma taxa que poderia ser praticamente zerada com o cumprimento correto das normas. A NR-10 existe exatamente para isso: estabelecer os requisitos mínimos para garantir a segurança de quem trabalha em instalações e serviços com eletricidade. Conhecer e aplicar essa norma não é burocracia — é a diferença entre ir para casa inteiro ou não ir.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Nunca trabalhe em circuito energizado sem autorização e treinamento NR-10**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Somente profissionais com treinamento específico e autorização formal podem atuar em instalações elétricas. Improvisar ou "dar um jeito" em serviço elétrico coloca em risco não só quem faz, mas todos ao redor.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Bloqueio e sinalização são obrigatórios antes de qualquer intervenção**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procedimento de lockout/tagout (bloqueio e etiquetagem) deve ser aplicado sempre que for realizar manutenção. Isso garante que ninguém energize o circuito enquanto você está trabalhando nele.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Teste antes de tocar — nunca assuma que está desenergizado**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Use o detector de tensão ou o multímetro antes de encostar a mão em qualquer componente elétrico. A suposição de que está desligado já matou muita gente. A verificação leva dez segundos e pode salvar sua vida.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Use os EPIs corretos para trabalho elétrico**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Luvas isolantes, capacete com proteção facial, botina de segurança com isolamento elétrico e roupas de proteção contra arco elétrico são itens obrigatórios conforme a NR-10. EPI incompleto é proteção incompleta.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Respeite as distâncias de segurança e as zonas de risco**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NR-10 define zonas controladas e zonas livres ao redor de partes energizadas. Entrar na zona errada sem os cuidados corretos equivale a colocar a mão no fogo — o resultado é certo.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Já houve alguma situação aqui no trabalho em que alguém quis "agilizar" um serviço elétrico sem seguir todos os procedimentos? O que aconteceu?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Você sabe identificar onde estão os painéis elétricos da sua área e quem são os responsáveis pelo bloqueio antes de uma manutenção?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 você visse um colega prestes a tocar em algo que parece energizado sem ter testado antes, você falaria alguma coisa? O que impediria você de falar?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NR-10 não é um documento de prateleira — é um protocolo de vida escrito com base em acidentes reais de pessoas reais. Cada procedimento que parece demorado foi criado porque alguém, em algum momento, pulou essa etapa e pagou um preço alto demais. Hoje, assuma o compromisso de nunca normalizar o atalho quando o assunto for eletricidade.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 xml:space="preserve">&gt; </w:t>
      </w:r>
      <w:r>
        <w:rPr>
          <w:b/>
          <w:sz w:val="22"/>
        </w:rPr>
        <w:t>"Energia elétrica não perdoa pressa. O único atalho seguro é seguir o procedimento certo."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